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spacing w:after="0" w:before="0" w:line="240" w:lineRule="auto"/>
        <w:rPr>
          <w:lang w:eastAsia="ko-KR"/>
          <w:rFonts w:ascii="함초롬바탕" w:eastAsia="함초롬바탕" w:hAnsi="함초롬바탕" w:cs="함초롬바탕" w:hint="eastAsia"/>
          <w:b/>
          <w:i w:val="0"/>
          <w:color w:val="000000"/>
          <w:sz w:val="38"/>
          <w:u w:color="auto"/>
          <w:rtl w:val="off"/>
        </w:rPr>
      </w:pPr>
      <w:r>
        <w:rPr>
          <w:rFonts w:ascii="함초롬바탕" w:eastAsia="함초롬바탕" w:hAnsi="함초롬바탕" w:cs="함초롬바탕"/>
          <w:b/>
          <w:i w:val="0"/>
          <w:color w:val="000000"/>
          <w:sz w:val="38"/>
          <w:u w:color="auto"/>
        </w:rPr>
        <w:t>[YOUR NAME]</w:t>
      </w:r>
    </w:p>
    <w:p>
      <w:pPr>
        <w:jc w:val="center"/>
        <w:spacing w:after="0" w:before="0" w:line="240" w:lineRule="auto"/>
        <w:rPr>
          <w:rFonts w:ascii="함초롬바탕" w:eastAsia="함초롬바탕" w:hAnsi="함초롬바탕" w:cs="함초롬바탕" w:hint="default"/>
          <w:u w:color="auto"/>
        </w:rPr>
      </w:pPr>
    </w:p>
    <w:p>
      <w:pPr>
        <w:jc w:val="center"/>
        <w:spacing w:after="60" w:before="0" w:line="240" w:lineRule="auto"/>
        <w:rPr>
          <w:rFonts w:ascii="함초롬바탕" w:eastAsia="함초롬바탕" w:hAnsi="함초롬바탕" w:cs="함초롬바탕" w:hint="default"/>
          <w:u w:color="auto"/>
        </w:rPr>
      </w:pPr>
      <w:r>
        <w:rPr>
          <w:rFonts w:ascii="함초롬바탕" w:eastAsia="함초롬바탕" w:hAnsi="함초롬바탕" w:cs="함초롬바탕"/>
          <w:b/>
          <w:bCs/>
          <w:i w:val="0"/>
          <w:color w:val="000000"/>
          <w:sz w:val="18"/>
          <w:u w:color="auto"/>
        </w:rPr>
        <w:t>Email</w:t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  <w:rtl w:val="off"/>
        </w:rPr>
        <w:t xml:space="preserve">: ex) </w:t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  <w:rtl w:val="off"/>
        </w:rPr>
        <w:fldChar w:fldCharType="begin"/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  <w:rtl w:val="off"/>
        </w:rPr>
        <w:instrText xml:space="preserve"> HYPERLINK "mailto:quantum@korea.ac.kr" </w:instrText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  <w:rtl w:val="off"/>
        </w:rPr>
        <w:fldChar w:fldCharType="separate"/>
      </w:r>
      <w:r>
        <w:rPr>
          <w:rStyle w:val="affff8"/>
          <w:lang w:eastAsia="ko-KR"/>
          <w:rFonts w:ascii="함초롬바탕" w:eastAsia="함초롬바탕" w:hAnsi="함초롬바탕" w:cs="함초롬바탕"/>
          <w:b w:val="0"/>
          <w:i w:val="0"/>
          <w:sz w:val="18"/>
          <w:u w:color="auto"/>
          <w:rtl w:val="off"/>
        </w:rPr>
        <w:t>quantum@korea.ac.kr</w:t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  <w:rtl w:val="off"/>
        </w:rPr>
        <w:fldChar w:fldCharType="end"/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  <w:rtl w:val="off"/>
        </w:rPr>
        <w:t xml:space="preserve"> </w:t>
      </w:r>
      <w:r>
        <w:rPr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</w:rPr>
        <w:t xml:space="preserve">| </w:t>
      </w:r>
      <w:r>
        <w:rPr>
          <w:rFonts w:ascii="함초롬바탕" w:eastAsia="함초롬바탕" w:hAnsi="함초롬바탕" w:cs="함초롬바탕"/>
          <w:b/>
          <w:bCs/>
          <w:i w:val="0"/>
          <w:color w:val="000000"/>
          <w:sz w:val="18"/>
          <w:u w:color="auto"/>
        </w:rPr>
        <w:t>Phone</w:t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  <w:rtl w:val="off"/>
        </w:rPr>
        <w:t>: ex) +82 (0)10 1234 5678</w:t>
      </w:r>
      <w:r>
        <w:rPr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</w:rPr>
        <w:t xml:space="preserve"> </w:t>
      </w:r>
      <w:r>
        <w:rPr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</w:rPr>
        <w:t xml:space="preserve">| </w:t>
      </w:r>
      <w:r>
        <w:rPr>
          <w:rFonts w:ascii="함초롬바탕" w:eastAsia="함초롬바탕" w:hAnsi="함초롬바탕" w:cs="함초롬바탕"/>
          <w:b/>
          <w:bCs/>
          <w:i w:val="0"/>
          <w:color w:val="000000"/>
          <w:sz w:val="18"/>
          <w:u w:color="auto"/>
        </w:rPr>
        <w:t>Personal Website</w:t>
      </w:r>
      <w:r>
        <w:rPr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</w:rPr>
        <w:t xml:space="preserve"> / </w:t>
      </w:r>
      <w:r>
        <w:rPr>
          <w:rFonts w:ascii="함초롬바탕" w:eastAsia="함초롬바탕" w:hAnsi="함초롬바탕" w:cs="함초롬바탕"/>
          <w:b/>
          <w:bCs/>
          <w:i w:val="0"/>
          <w:color w:val="000000"/>
          <w:sz w:val="18"/>
          <w:u w:color="auto"/>
        </w:rPr>
        <w:t>GitHub</w:t>
      </w:r>
      <w:r>
        <w:rPr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</w:rPr>
        <w:t xml:space="preserve"> / </w:t>
      </w:r>
      <w:r>
        <w:rPr>
          <w:rFonts w:ascii="함초롬바탕" w:eastAsia="함초롬바탕" w:hAnsi="함초롬바탕" w:cs="함초롬바탕"/>
          <w:b/>
          <w:bCs/>
          <w:i w:val="0"/>
          <w:color w:val="000000"/>
          <w:sz w:val="18"/>
          <w:u w:color="auto"/>
        </w:rPr>
        <w:t>LinkedIn</w:t>
      </w:r>
      <w:r>
        <w:rPr>
          <w:rFonts w:ascii="함초롬바탕" w:eastAsia="함초롬바탕" w:hAnsi="함초롬바탕" w:cs="함초롬바탕"/>
          <w:b w:val="0"/>
          <w:i w:val="0"/>
          <w:color w:val="000000"/>
          <w:sz w:val="18"/>
          <w:u w:color="auto"/>
        </w:rPr>
        <w:t xml:space="preserve"> (optional)</w:t>
      </w:r>
    </w:p>
    <w:p>
      <w:pPr>
        <w:jc w:val="center"/>
        <w:spacing w:after="140" w:before="0" w:line="240" w:lineRule="auto"/>
        <w:rPr>
          <w:rFonts w:ascii="함초롬바탕" w:eastAsia="함초롬바탕" w:hAnsi="함초롬바탕" w:cs="함초롬바탕" w:hint="default"/>
          <w:u w:color="auto"/>
        </w:rPr>
      </w:pPr>
      <w:r>
        <w:rPr>
          <w:rFonts w:ascii="함초롬바탕" w:eastAsia="함초롬바탕" w:hAnsi="함초롬바탕" w:cs="함초롬바탕"/>
          <w:b w:val="0"/>
          <w:i w:val="0"/>
          <w:color w:val="444444"/>
          <w:sz w:val="17"/>
          <w:u w:color="auto"/>
        </w:rPr>
        <w:t>Complete only the sections that apply to you; delete any section that is not relevant.</w:t>
      </w:r>
      <w:r>
        <w:rPr>
          <w:lang w:eastAsia="ko-KR"/>
          <w:rFonts w:ascii="함초롬바탕" w:eastAsia="함초롬바탕" w:hAnsi="함초롬바탕" w:cs="함초롬바탕" w:hint="eastAsia"/>
          <w:b w:val="0"/>
          <w:i w:val="0"/>
          <w:color w:val="444444"/>
          <w:sz w:val="17"/>
          <w:u w:color="auto"/>
          <w:rtl w:val="off"/>
        </w:rPr>
        <w:br/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444444"/>
          <w:sz w:val="17"/>
          <w:u w:color="auto"/>
          <w:rtl w:val="off"/>
        </w:rPr>
        <w:t>(본인에게 해당하는 부분만 작성하고, 관련 없는 부분은 삭제하십시오.)</w:t>
      </w:r>
    </w:p>
    <w:p>
      <w:pPr>
        <w:pBdr>
          <w:bottom w:val="single" w:sz="8" w:space="1" w:color="000000"/>
        </w:pBdr>
        <w:spacing w:after="180" w:before="0" w:line="240" w:lineRule="auto"/>
        <w:rPr>
          <w:rFonts w:ascii="함초롬바탕" w:eastAsia="함초롬바탕" w:hAnsi="함초롬바탕" w:cs="함초롬바탕" w:hint="default"/>
          <w:u w:color="auto"/>
        </w:rPr>
      </w:pPr>
    </w:p>
    <w:tbl>
      <w:tblPr>
        <w:tblW w:w="0" w:type="auto"/>
        <w:tblLook w:val="04A0" w:firstRow="1" w:lastRow="0" w:firstColumn="1" w:lastColumn="0" w:noHBand="0" w:noVBand="1"/>
        <w:jc w:val="center"/>
        <w:tblLayout w:type="fixed"/>
      </w:tblPr>
      <w:tblGrid>
        <w:gridCol w:w="2850"/>
        <w:gridCol w:w="7350"/>
      </w:tblGrid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lang w:eastAsia="ko-KR"/>
                <w:rFonts w:ascii="함초롬바탕" w:eastAsia="함초롬바탕" w:hAnsi="함초롬바탕" w:cs="함초롬바탕" w:hint="default"/>
                <w:b/>
                <w:bCs/>
                <w:color w:val="000000"/>
                <w:u w:color="auto"/>
                <w:rtl w:val="off"/>
              </w:rPr>
              <w:t>RESEARCH SUMMARY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vAlign w:val="center"/>
          </w:tcPr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666666"/>
                <w:sz w:val="18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  <w:t>Briefly summarize your current research, main expertise, and future research direction.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RESEARCH INTERESTS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666666"/>
                <w:sz w:val="18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</w:rPr>
              <w:t>Example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  <w:rtl w:val="off"/>
              </w:rPr>
              <w:t>)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Quantum sensing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  <w:rtl w:val="off"/>
              </w:rPr>
              <w:t>,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 xml:space="preserve"> NV centers in diamond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  <w:rtl w:val="off"/>
              </w:rPr>
              <w:t>,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 xml:space="preserve"> 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  <w:rtl w:val="off"/>
              </w:rPr>
              <w:t>Quantum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 xml:space="preserve"> 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  <w:rtl w:val="off"/>
              </w:rPr>
              <w:t>science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.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EDUCATION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2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/>
                <w:i w:val="0"/>
                <w:color w:val="000000"/>
                <w:sz w:val="19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</w:rPr>
              <w:t>Example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  <w:rtl w:val="off"/>
              </w:rPr>
              <w:t>)</w:t>
            </w:r>
            <w:r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666666"/>
                <w:sz w:val="18"/>
                <w:u w:color="auto"/>
                <w:rtl w:val="off"/>
              </w:rPr>
              <w:br/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  <w:rtl w:val="off"/>
              </w:rPr>
              <w:t xml:space="preserve">[ </w:t>
            </w:r>
            <w:r>
              <w:rPr>
                <w:lang w:eastAsia="ko-KR"/>
                <w:rFonts w:ascii="함초롬바탕" w:eastAsia="함초롬바탕" w:hAnsi="함초롬바탕" w:cs="함초롬바탕"/>
                <w:b/>
                <w:bCs/>
                <w:i w:val="0"/>
                <w:color w:val="595959"/>
                <w:sz w:val="19"/>
                <w:szCs w:val="19"/>
                <w:u w:color="auto"/>
                <w:rtl w:val="off"/>
              </w:rPr>
              <w:t>Bachelor ]</w:t>
            </w:r>
          </w:p>
          <w:p>
            <w:pPr>
              <w:jc w:val="center"/>
              <w:spacing w:after="2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/>
                <w:i w:val="0"/>
                <w:color w:val="000000"/>
                <w:sz w:val="18"/>
                <w:szCs w:val="18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/>
                <w:b/>
                <w:i w:val="0"/>
                <w:color w:val="000000"/>
                <w:sz w:val="18"/>
                <w:szCs w:val="18"/>
                <w:u w:color="auto"/>
                <w:rtl w:val="off"/>
              </w:rPr>
              <w:t>Physics(Major), Mathematics(Minor)</w:t>
            </w:r>
          </w:p>
          <w:p>
            <w:pPr>
              <w:jc w:val="center"/>
              <w:spacing w:after="2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lang w:eastAsia="ko-KR"/>
                <w:rFonts w:ascii="함초롬바탕" w:eastAsia="함초롬바탕" w:hAnsi="함초롬바탕" w:cs="함초롬바탕"/>
                <w:b/>
                <w:i w:val="0"/>
                <w:color w:val="000000"/>
                <w:sz w:val="18"/>
                <w:szCs w:val="18"/>
                <w:u w:color="auto"/>
                <w:rtl w:val="off"/>
              </w:rPr>
              <w:t xml:space="preserve">Korea </w:t>
            </w: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8"/>
                <w:szCs w:val="18"/>
                <w:u w:color="auto"/>
              </w:rPr>
              <w:t>University</w:t>
            </w:r>
            <w:r>
              <w:rPr>
                <w:lang w:eastAsia="ko-KR"/>
                <w:rFonts w:ascii="함초롬바탕" w:eastAsia="함초롬바탕" w:hAnsi="함초롬바탕" w:cs="함초롬바탕"/>
                <w:b/>
                <w:i w:val="0"/>
                <w:color w:val="000000"/>
                <w:sz w:val="18"/>
                <w:szCs w:val="18"/>
                <w:u w:color="auto"/>
                <w:rtl w:val="off"/>
              </w:rPr>
              <w:t>, Seoul, Republic of Korea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[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  <w:rtl w:val="off"/>
              </w:rPr>
              <w:t>2xxx.03.01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 xml:space="preserve"> - Present] | [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  <w:rtl w:val="off"/>
              </w:rPr>
              <w:t>GPA (4.0/4.3)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]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RESEARCH EXPERIENCE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2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/>
                <w:bCs/>
                <w:i w:val="0"/>
                <w:color w:val="595959"/>
                <w:sz w:val="19"/>
                <w:szCs w:val="19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</w:rPr>
              <w:t>Example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  <w:rtl w:val="off"/>
              </w:rPr>
              <w:t>)</w:t>
            </w:r>
          </w:p>
          <w:p>
            <w:pPr>
              <w:jc w:val="center"/>
              <w:spacing w:after="2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/>
                <w:bCs/>
                <w:i w:val="0"/>
                <w:color w:val="595959"/>
                <w:sz w:val="19"/>
                <w:szCs w:val="19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/>
                <w:b/>
                <w:bCs/>
                <w:i w:val="0"/>
                <w:color w:val="595959"/>
                <w:sz w:val="19"/>
                <w:szCs w:val="19"/>
                <w:u w:color="auto"/>
                <w:rtl w:val="off"/>
              </w:rPr>
              <w:t>[ Graduate Research]</w:t>
            </w:r>
          </w:p>
          <w:p>
            <w:pPr>
              <w:jc w:val="center"/>
              <w:spacing w:after="2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/>
                <w:i w:val="0"/>
                <w:color w:val="000000"/>
                <w:sz w:val="18"/>
                <w:szCs w:val="18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/>
                <w:b/>
                <w:i w:val="0"/>
                <w:color w:val="000000"/>
                <w:sz w:val="18"/>
                <w:szCs w:val="18"/>
                <w:u w:color="auto"/>
                <w:rtl w:val="off"/>
              </w:rPr>
              <w:t>Korea University</w:t>
            </w:r>
          </w:p>
          <w:p>
            <w:pPr>
              <w:jc w:val="center"/>
              <w:spacing w:after="2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/>
                <w:i w:val="0"/>
                <w:color w:val="000000"/>
                <w:sz w:val="18"/>
                <w:szCs w:val="18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szCs w:val="18"/>
                <w:u w:color="auto"/>
                <w:rtl w:val="off"/>
              </w:rPr>
              <w:t>20xx.03.01 ~ 20xx.03.01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szCs w:val="18"/>
                <w:u w:color="auto"/>
              </w:rPr>
              <w:t xml:space="preserve"> </w:t>
            </w:r>
          </w:p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szCs w:val="18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szCs w:val="18"/>
                <w:u w:color="auto"/>
              </w:rPr>
              <w:t>Supervisor: [Name]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szCs w:val="18"/>
                <w:u w:color="auto"/>
                <w:rtl w:val="off"/>
              </w:rPr>
              <w:t>- Brief description of research activities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PROJECTS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2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[</w:t>
            </w:r>
            <w:r>
              <w:rPr>
                <w:lang w:eastAsia="ko-KR"/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  <w:rtl w:val="o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Project Title</w:t>
            </w:r>
            <w:r>
              <w:rPr>
                <w:lang w:eastAsia="ko-KR"/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  <w:rtl w:val="o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]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[Personal / Team Project] | [Year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  <w:rtl w:val="off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Month]</w:t>
            </w:r>
          </w:p>
          <w:p>
            <w:pPr>
              <w:ind w:left="230" w:hanging="144"/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 xml:space="preserve">- </w:t>
            </w: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State the goal, your contribution, tools used, and outcome.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PUBLICATIONS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Author(s). "Title."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 xml:space="preserve"> Journal / Conference / Preprint, Year.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PRESENTATIONS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666666"/>
                <w:sz w:val="18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9"/>
                <w:szCs w:val="19"/>
                <w:u w:color="auto"/>
              </w:rPr>
              <w:t>[Title, Event or Seminar, Institution, Year.]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808080"/>
                <w:sz w:val="18"/>
                <w:u w:color="auto"/>
              </w:rPr>
              <w:t>Posters, oral presentations, and undergraduate seminars may be included.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TECHNICAL SKILLS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vAlign w:val="center"/>
          </w:tcPr>
          <w:p>
            <w:pPr>
              <w:jc w:val="center"/>
              <w:spacing w:after="2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</w:rPr>
              <w:t>Example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  <w:rtl w:val="off"/>
              </w:rPr>
              <w:t>)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Programming: [Python, MATLAB, C/C++]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Data Analysis: [NumPy, SciPy, Matplotlib, Origin]</w:t>
            </w:r>
          </w:p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666666"/>
                <w:sz w:val="18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8"/>
                <w:u w:color="auto"/>
              </w:rPr>
              <w:t>Experimental / Tools: [optics, electronics, LaTeX, Git, Linux]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lang w:eastAsia="ko-KR"/>
                <w:rFonts w:ascii="함초롬바탕" w:eastAsia="함초롬바탕" w:hAnsi="함초롬바탕" w:cs="함초롬바탕" w:hint="default"/>
                <w:b/>
                <w:bCs/>
                <w:u w:color="auto"/>
                <w:rtl w:val="off"/>
              </w:rPr>
              <w:t>RESEARCH SKILLS / METHODS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vAlign w:val="center"/>
          </w:tcPr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</w:rPr>
              <w:t>Example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  <w:rtl w:val="off"/>
              </w:rPr>
              <w:t>)</w:t>
            </w:r>
          </w:p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  <w:t>Quantum transport measurements</w:t>
            </w:r>
          </w:p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  <w:t>Optical spectroscopy</w:t>
            </w:r>
          </w:p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  <w:t>Numerical simulation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AWARDS / SCHOLARSHIPS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9"/>
                <w:szCs w:val="19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000000"/>
                <w:sz w:val="19"/>
                <w:szCs w:val="19"/>
                <w:u w:color="auto"/>
              </w:rPr>
              <w:t>[Award or Scholarship Name, Institution, Year.]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color w:val="000000"/>
                <w:u w:color="auto"/>
              </w:rPr>
            </w:pP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808080"/>
                <w:sz w:val="18"/>
                <w:u w:color="auto"/>
              </w:rPr>
              <w:t>Academic scholarships, competitions, and research grants may be included.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u w:color="auto"/>
              </w:rPr>
            </w:pPr>
            <w:r>
              <w:rPr>
                <w:lang w:eastAsia="ko-KR"/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  <w:rtl w:val="off"/>
              </w:rPr>
              <w:t xml:space="preserve">LANGUAGE </w:t>
            </w:r>
            <w:r>
              <w:rPr>
                <w:rFonts w:ascii="함초롬바탕" w:eastAsia="함초롬바탕" w:hAnsi="함초롬바탕" w:cs="함초롬바탕"/>
                <w:b/>
                <w:i w:val="0"/>
                <w:color w:val="000000"/>
                <w:sz w:val="19"/>
                <w:u w:color="auto"/>
              </w:rPr>
              <w:t>SKILLS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</w:tcPr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666666"/>
                <w:sz w:val="18"/>
                <w:u w:color="auto"/>
                <w:rtl w:val="off"/>
              </w:rPr>
            </w:pPr>
            <w:r>
              <w:rPr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</w:rPr>
              <w:t>Example</w:t>
            </w:r>
            <w:r>
              <w:rPr>
                <w:lang w:eastAsia="ko-KR"/>
                <w:rFonts w:ascii="함초롬바탕" w:eastAsia="함초롬바탕" w:hAnsi="함초롬바탕" w:cs="함초롬바탕"/>
                <w:b w:val="0"/>
                <w:i w:val="0"/>
                <w:color w:val="666666"/>
                <w:sz w:val="18"/>
                <w:u w:color="auto"/>
                <w:rtl w:val="off"/>
              </w:rPr>
              <w:t>)</w:t>
            </w:r>
          </w:p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color w:val="000000"/>
                <w:u w:color="auto"/>
              </w:rPr>
            </w:pPr>
            <w:r>
              <w:rPr>
                <w:lang w:eastAsia="ko-KR"/>
                <w:rFonts w:ascii="함초롬바탕" w:eastAsia="함초롬바탕" w:hAnsi="함초롬바탕" w:cs="함초롬바탕" w:hint="default"/>
                <w:color w:val="000000"/>
                <w:sz w:val="18"/>
                <w:szCs w:val="18"/>
                <w:u w:color="auto"/>
                <w:rtl w:val="off"/>
              </w:rPr>
              <w:t>TOEFL 000</w:t>
            </w:r>
          </w:p>
        </w:tc>
      </w:tr>
      <w:tr>
        <w:trPr/>
        <w:tc>
          <w:tcPr>
            <w:tcW w:w="28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  <w:vAlign w:val="center"/>
          </w:tcPr>
          <w:p>
            <w:pPr>
              <w:jc w:val="center"/>
              <w:spacing w:after="0" w:before="0" w:line="240" w:lineRule="auto"/>
              <w:rPr>
                <w:rFonts w:ascii="함초롬바탕" w:eastAsia="함초롬바탕" w:hAnsi="함초롬바탕" w:cs="함초롬바탕" w:hint="default"/>
                <w:b/>
                <w:bCs/>
                <w:u w:color="auto"/>
              </w:rPr>
            </w:pPr>
            <w:r>
              <w:rPr>
                <w:lang w:eastAsia="ko-KR"/>
                <w:rFonts w:ascii="함초롬바탕" w:eastAsia="함초롬바탕" w:hAnsi="함초롬바탕" w:cs="함초롬바탕" w:hint="default"/>
                <w:b/>
                <w:bCs/>
                <w:u w:color="auto"/>
                <w:rtl w:val="off"/>
              </w:rPr>
              <w:t>REFERENCE LETTER</w:t>
            </w:r>
          </w:p>
        </w:tc>
        <w:tc>
          <w:tcPr>
            <w:tcW w:w="7350" w:type="dxa"/>
            <w:tcBorders>
              <w:top w:val="single" w:sz="5" w:space="0" w:color="BFBFBF"/>
              <w:left w:val="single" w:sz="5" w:space="0" w:color="BFBFBF"/>
              <w:bottom w:val="single" w:sz="5" w:space="0" w:color="BFBFBF"/>
              <w:right w:val="single" w:sz="5" w:space="0" w:color="BFBFBF"/>
            </w:tcBorders>
          </w:tcPr>
          <w:p>
            <w:pPr>
              <w:jc w:val="center"/>
              <w:spacing w:after="0" w:before="0" w:line="240" w:lineRule="auto"/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</w:pPr>
            <w:r>
              <w:rPr>
                <w:lang w:eastAsia="ko-KR"/>
                <w:rFonts w:ascii="함초롬바탕" w:eastAsia="함초롬바탕" w:hAnsi="함초롬바탕" w:cs="함초롬바탕" w:hint="eastAsia"/>
                <w:b w:val="0"/>
                <w:i w:val="0"/>
                <w:color w:val="000000"/>
                <w:sz w:val="18"/>
                <w:u w:color="auto"/>
                <w:rtl w:val="off"/>
              </w:rPr>
              <w:t>Name, Position, Institution, Email, Relationship</w:t>
            </w:r>
          </w:p>
        </w:tc>
      </w:tr>
    </w:tbl>
    <w:p>
      <w:pPr>
        <w:jc w:val="center"/>
        <w:spacing w:after="0" w:before="100" w:line="240" w:lineRule="auto"/>
        <w:rPr>
          <w:rFonts w:ascii="함초롬바탕" w:eastAsia="함초롬바탕" w:hAnsi="함초롬바탕" w:cs="함초롬바탕" w:hint="default"/>
          <w:u w:color="auto"/>
        </w:rPr>
      </w:pPr>
      <w:r>
        <w:rPr>
          <w:rFonts w:ascii="함초롬바탕" w:eastAsia="함초롬바탕" w:hAnsi="함초롬바탕" w:cs="함초롬바탕"/>
          <w:b w:val="0"/>
          <w:i w:val="0"/>
          <w:color w:val="444444"/>
          <w:sz w:val="16"/>
          <w:u w:color="auto"/>
        </w:rPr>
        <w:t>Keep the final CV to 1-</w:t>
      </w:r>
      <w:r>
        <w:rPr>
          <w:lang w:eastAsia="ko-KR"/>
          <w:rFonts w:ascii="함초롬바탕" w:eastAsia="함초롬바탕" w:hAnsi="함초롬바탕" w:cs="함초롬바탕"/>
          <w:b w:val="0"/>
          <w:i w:val="0"/>
          <w:color w:val="444444"/>
          <w:sz w:val="16"/>
          <w:u w:color="auto"/>
          <w:rtl w:val="off"/>
        </w:rPr>
        <w:t>5</w:t>
      </w:r>
      <w:r>
        <w:rPr>
          <w:rFonts w:ascii="함초롬바탕" w:eastAsia="함초롬바탕" w:hAnsi="함초롬바탕" w:cs="함초롬바탕"/>
          <w:b w:val="0"/>
          <w:i w:val="0"/>
          <w:color w:val="444444"/>
          <w:sz w:val="16"/>
          <w:u w:color="auto"/>
        </w:rPr>
        <w:t xml:space="preserve"> pages and remove unused sections before submitting.</w:t>
      </w:r>
    </w:p>
    <w:sectPr>
      <w:pgSz w:w="11909" w:h="16834"/>
      <w:pgMar w:top="835" w:right="835" w:bottom="720" w:left="835" w:header="360" w:footer="36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함초롬바탕">
    <w:panose1 w:val="02030604000101010101"/>
    <w:family w:val="HCR Batang"/>
    <w:charset w:val="00"/>
    <w:notTrueType w:val="false"/>
    <w:sig w:usb0="7FFFFFFF" w:usb1="19DFFFFF" w:usb2="001BFDD7" w:usb3="00000001" w:csb0="001F01FF" w:csb1="00000001"/>
  </w:font>
  <w:font w:name="Times New Roman">
    <w:panose1 w:val="02020603050405020304"/>
    <w:family w:val="Times New Roman"/>
    <w:charset w:val="00"/>
    <w:notTrueType w:val="false"/>
    <w:sig w:usb0="7FFFFFFF" w:usb1="7FFFFFFF" w:usb2="00000009" w:usb3="00000001" w:csb0="400001FF" w:csb1="7FFFFFFF"/>
  </w:font>
  <w:font w:name="Courier">
    <w:charset w:val="00"/>
    <w:notTrueType w:val="false"/>
  </w:font>
  <w:font w:name="Symbol">
    <w:panose1 w:val="05050102010706020507"/>
    <w:family w:val="Symbol"/>
    <w:charset w:val="00"/>
    <w:notTrueType w:val="false"/>
    <w:sig w:usb0="00000001" w:usb1="00000001" w:usb2="00000001" w:usb3="00000001" w:csb0="7FFFFFFF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ffffff89"/>
    <w:multiLevelType w:val="singleLevel"/>
    <w:tmpl w:val="29761a62"/>
    <w:lvl w:ilvl="0">
      <w:start w:val="1"/>
      <w:numFmt w:val="bullet"/>
      <w:lvlText w:val=""/>
      <w:lvlJc w:val="left"/>
      <w:pStyle w:val="ListBullet"/>
      <w:pPr>
        <w:ind w:left="360" w:hanging="360"/>
        <w:tabs>
          <w:tab w:val="num" w:pos="360"/>
        </w:tabs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3d1effd4"/>
    <w:lvl w:ilvl="0">
      <w:start w:val="1"/>
      <w:numFmt w:val="bullet"/>
      <w:lvlText w:val=""/>
      <w:lvlJc w:val="left"/>
      <w:pStyle w:val="ListBullet2"/>
      <w:pPr>
        <w:ind w:left="720" w:hanging="360"/>
        <w:tabs>
          <w:tab w:val="num" w:pos="720"/>
        </w:tabs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f3eafdec"/>
    <w:lvl w:ilvl="0">
      <w:start w:val="1"/>
      <w:numFmt w:val="bullet"/>
      <w:lvlText w:val=""/>
      <w:lvlJc w:val="left"/>
      <w:pStyle w:val="ListBullet3"/>
      <w:pPr>
        <w:ind w:left="1080" w:hanging="360"/>
        <w:tabs>
          <w:tab w:val="num" w:pos="1080"/>
        </w:tabs>
      </w:pPr>
      <w:rPr>
        <w:rFonts w:ascii="Symbol" w:hAnsi="Symbol" w:hint="default"/>
      </w:rPr>
    </w:lvl>
  </w:abstractNum>
  <w:abstractNum w:abstractNumId="3">
    <w:nsid w:val="ffffff88"/>
    <w:multiLevelType w:val="singleLevel"/>
    <w:tmpl w:val="d0a62b40"/>
    <w:lvl w:ilvl="0">
      <w:start w:val="1"/>
      <w:lvlText w:val="%1."/>
      <w:lvlJc w:val="left"/>
      <w:pStyle w:val="ListNumber"/>
      <w:pPr>
        <w:ind w:left="360" w:hanging="360"/>
        <w:tabs>
          <w:tab w:val="num" w:pos="360"/>
        </w:tabs>
      </w:pPr>
    </w:lvl>
  </w:abstractNum>
  <w:abstractNum w:abstractNumId="4">
    <w:nsid w:val="ffffff7f"/>
    <w:multiLevelType w:val="singleLevel"/>
    <w:tmpl w:val="38441652"/>
    <w:lvl w:ilvl="0">
      <w:start w:val="1"/>
      <w:lvlText w:val="%1."/>
      <w:lvlJc w:val="left"/>
      <w:pStyle w:val="ListNumber2"/>
      <w:pPr>
        <w:ind w:left="720" w:hanging="360"/>
        <w:tabs>
          <w:tab w:val="num" w:pos="720"/>
        </w:tabs>
      </w:pPr>
    </w:lvl>
  </w:abstractNum>
  <w:abstractNum w:abstractNumId="5">
    <w:nsid w:val="ffffff7e"/>
    <w:multiLevelType w:val="singleLevel"/>
    <w:tmpl w:val="fb12693a"/>
    <w:lvl w:ilvl="0">
      <w:start w:val="1"/>
      <w:lvlText w:val="%1."/>
      <w:lvlJc w:val="left"/>
      <w:pStyle w:val="ListNumber3"/>
      <w:pPr>
        <w:ind w:left="1080" w:hanging="360"/>
        <w:tabs>
          <w:tab w:val="num" w:pos="1080"/>
        </w:tabs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val="bestFit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ja-JP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HAnsi" w:hAnsiTheme="minorHAnsi" w:cstheme="minorEastAsia"/>
        <w:sz w:val="22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35"/>
    <w:lsdException w:name="toc 2" w:uiPriority="135"/>
    <w:lsdException w:name="toc 3" w:uiPriority="135"/>
    <w:lsdException w:name="toc 4" w:uiPriority="135"/>
    <w:lsdException w:name="toc 5" w:uiPriority="135"/>
    <w:lsdException w:name="toc 6" w:uiPriority="135"/>
    <w:lsdException w:name="toc 7" w:uiPriority="135"/>
    <w:lsdException w:name="toc 8" w:uiPriority="135"/>
    <w:lsdException w:name="toc 9" w:uiPriority="135"/>
    <w:lsdException w:name="caption" w:uiPriority="131" w:qFormat="1"/>
    <w:lsdException w:name="Title" w:semiHidden="0" w:uiPriority="34" w:unhideWhenUsed="0" w:qFormat="1"/>
    <w:lsdException w:name="Default Paragraph Font" w:uiPriority="1"/>
    <w:lsdException w:name="Subtitle" w:semiHidden="0" w:uiPriority="35" w:unhideWhenUsed="0" w:qFormat="1"/>
    <w:lsdException w:name="Strong" w:semiHidden="0" w:uiPriority="82" w:unhideWhenUsed="0" w:qFormat="1"/>
    <w:lsdException w:name="Emphasis" w:semiHidden="0" w:uiPriority="80" w:unhideWhenUsed="0" w:qFormat="1"/>
    <w:lsdException w:name="Table Grid" w:semiHidden="0" w:uiPriority="31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336" w:unhideWhenUsed="0"/>
    <w:lsdException w:name="Light List" w:semiHidden="0" w:uiPriority="337" w:unhideWhenUsed="0"/>
    <w:lsdException w:name="Light Grid" w:semiHidden="0" w:uiPriority="338" w:unhideWhenUsed="0"/>
    <w:lsdException w:name="Medium Shading 1" w:semiHidden="0" w:uiPriority="339" w:unhideWhenUsed="0"/>
    <w:lsdException w:name="Medium Shading 2" w:semiHidden="0" w:uiPriority="598" w:unhideWhenUsed="0"/>
    <w:lsdException w:name="Medium List 1" w:semiHidden="0" w:uiPriority="599" w:unhideWhenUsed="0"/>
    <w:lsdException w:name="Medium List 2" w:semiHidden="0" w:uiPriority="600" w:unhideWhenUsed="0"/>
    <w:lsdException w:name="Medium Grid 1" w:semiHidden="0" w:uiPriority="601" w:unhideWhenUsed="0"/>
    <w:lsdException w:name="Medium Grid 2" w:semiHidden="0" w:uiPriority="608" w:unhideWhenUsed="0"/>
    <w:lsdException w:name="Medium Grid 3" w:semiHidden="0" w:uiPriority="609" w:unhideWhenUsed="0"/>
    <w:lsdException w:name="Dark List" w:semiHidden="0" w:uiPriority="628" w:unhideWhenUsed="0"/>
    <w:lsdException w:name="Colorful Shading" w:semiHidden="0" w:uiPriority="629" w:unhideWhenUsed="0"/>
    <w:lsdException w:name="Colorful List" w:semiHidden="0" w:uiPriority="630" w:unhideWhenUsed="0"/>
    <w:lsdException w:name="Colorful Grid" w:semiHidden="0" w:uiPriority="631" w:unhideWhenUsed="0"/>
    <w:lsdException w:name="Light Shading Accent 1" w:semiHidden="0" w:uiPriority="336" w:unhideWhenUsed="0"/>
    <w:lsdException w:name="Light List Accent 1" w:semiHidden="0" w:uiPriority="337" w:unhideWhenUsed="0"/>
    <w:lsdException w:name="Light Grid Accent 1" w:semiHidden="0" w:uiPriority="338" w:unhideWhenUsed="0"/>
    <w:lsdException w:name="Medium Shading 1 Accent 1" w:semiHidden="0" w:uiPriority="339" w:unhideWhenUsed="0"/>
    <w:lsdException w:name="Medium Shading 2 Accent 1" w:semiHidden="0" w:uiPriority="598" w:unhideWhenUsed="0"/>
    <w:lsdException w:name="Medium List 1 Accent 1" w:semiHidden="0" w:uiPriority="599" w:unhideWhenUsed="0"/>
    <w:lsdException w:name="Revision" w:unhideWhenUsed="0"/>
    <w:lsdException w:name="List Paragraph" w:semiHidden="0" w:uiPriority="130" w:unhideWhenUsed="0" w:qFormat="1"/>
    <w:lsdException w:name="Quote" w:semiHidden="0" w:uiPriority="101" w:unhideWhenUsed="0" w:qFormat="1"/>
    <w:lsdException w:name="Intense Quote" w:semiHidden="0" w:uiPriority="114" w:unhideWhenUsed="0" w:qFormat="1"/>
    <w:lsdException w:name="Medium List 2 Accent 1" w:semiHidden="0" w:uiPriority="600" w:unhideWhenUsed="0"/>
    <w:lsdException w:name="Medium Grid 1 Accent 1" w:semiHidden="0" w:uiPriority="601" w:unhideWhenUsed="0"/>
    <w:lsdException w:name="Medium Grid 2 Accent 1" w:semiHidden="0" w:uiPriority="608" w:unhideWhenUsed="0"/>
    <w:lsdException w:name="Medium Grid 3 Accent 1" w:semiHidden="0" w:uiPriority="609" w:unhideWhenUsed="0"/>
    <w:lsdException w:name="Dark List Accent 1" w:semiHidden="0" w:uiPriority="628" w:unhideWhenUsed="0"/>
    <w:lsdException w:name="Colorful Shading Accent 1" w:semiHidden="0" w:uiPriority="629" w:unhideWhenUsed="0"/>
    <w:lsdException w:name="Colorful List Accent 1" w:semiHidden="0" w:uiPriority="630" w:unhideWhenUsed="0"/>
    <w:lsdException w:name="Colorful Grid Accent 1" w:semiHidden="0" w:uiPriority="631" w:unhideWhenUsed="0"/>
    <w:lsdException w:name="Light Shading Accent 2" w:semiHidden="0" w:uiPriority="336" w:unhideWhenUsed="0"/>
    <w:lsdException w:name="Light List Accent 2" w:semiHidden="0" w:uiPriority="337" w:unhideWhenUsed="0"/>
    <w:lsdException w:name="Light Grid Accent 2" w:semiHidden="0" w:uiPriority="338" w:unhideWhenUsed="0"/>
    <w:lsdException w:name="Medium Shading 1 Accent 2" w:semiHidden="0" w:uiPriority="339" w:unhideWhenUsed="0"/>
    <w:lsdException w:name="Medium Shading 2 Accent 2" w:semiHidden="0" w:uiPriority="598" w:unhideWhenUsed="0"/>
    <w:lsdException w:name="Medium List 1 Accent 2" w:semiHidden="0" w:uiPriority="599" w:unhideWhenUsed="0"/>
    <w:lsdException w:name="Medium List 2 Accent 2" w:semiHidden="0" w:uiPriority="600" w:unhideWhenUsed="0"/>
    <w:lsdException w:name="Medium Grid 1 Accent 2" w:semiHidden="0" w:uiPriority="601" w:unhideWhenUsed="0"/>
    <w:lsdException w:name="Medium Grid 2 Accent 2" w:semiHidden="0" w:uiPriority="608" w:unhideWhenUsed="0"/>
    <w:lsdException w:name="Medium Grid 3 Accent 2" w:semiHidden="0" w:uiPriority="609" w:unhideWhenUsed="0"/>
    <w:lsdException w:name="Dark List Accent 2" w:semiHidden="0" w:uiPriority="628" w:unhideWhenUsed="0"/>
    <w:lsdException w:name="Colorful Shading Accent 2" w:semiHidden="0" w:uiPriority="629" w:unhideWhenUsed="0"/>
    <w:lsdException w:name="Colorful List Accent 2" w:semiHidden="0" w:uiPriority="630" w:unhideWhenUsed="0"/>
    <w:lsdException w:name="Colorful Grid Accent 2" w:semiHidden="0" w:uiPriority="631" w:unhideWhenUsed="0"/>
    <w:lsdException w:name="Light Shading Accent 3" w:semiHidden="0" w:uiPriority="336" w:unhideWhenUsed="0"/>
    <w:lsdException w:name="Light List Accent 3" w:semiHidden="0" w:uiPriority="337" w:unhideWhenUsed="0"/>
    <w:lsdException w:name="Light Grid Accent 3" w:semiHidden="0" w:uiPriority="338" w:unhideWhenUsed="0"/>
    <w:lsdException w:name="Medium Shading 1 Accent 3" w:semiHidden="0" w:uiPriority="339" w:unhideWhenUsed="0"/>
    <w:lsdException w:name="Medium Shading 2 Accent 3" w:semiHidden="0" w:uiPriority="598" w:unhideWhenUsed="0"/>
    <w:lsdException w:name="Medium List 1 Accent 3" w:semiHidden="0" w:uiPriority="599" w:unhideWhenUsed="0"/>
    <w:lsdException w:name="Medium List 2 Accent 3" w:semiHidden="0" w:uiPriority="600" w:unhideWhenUsed="0"/>
    <w:lsdException w:name="Medium Grid 1 Accent 3" w:semiHidden="0" w:uiPriority="601" w:unhideWhenUsed="0"/>
    <w:lsdException w:name="Medium Grid 2 Accent 3" w:semiHidden="0" w:uiPriority="608" w:unhideWhenUsed="0"/>
    <w:lsdException w:name="Medium Grid 3 Accent 3" w:semiHidden="0" w:uiPriority="609" w:unhideWhenUsed="0"/>
    <w:lsdException w:name="Dark List Accent 3" w:semiHidden="0" w:uiPriority="628" w:unhideWhenUsed="0"/>
    <w:lsdException w:name="Colorful Shading Accent 3" w:semiHidden="0" w:uiPriority="629" w:unhideWhenUsed="0"/>
    <w:lsdException w:name="Colorful List Accent 3" w:semiHidden="0" w:uiPriority="630" w:unhideWhenUsed="0"/>
    <w:lsdException w:name="Colorful Grid Accent 3" w:semiHidden="0" w:uiPriority="631" w:unhideWhenUsed="0"/>
    <w:lsdException w:name="Light Shading Accent 4" w:semiHidden="0" w:uiPriority="336" w:unhideWhenUsed="0"/>
    <w:lsdException w:name="Light List Accent 4" w:semiHidden="0" w:uiPriority="337" w:unhideWhenUsed="0"/>
    <w:lsdException w:name="Light Grid Accent 4" w:semiHidden="0" w:uiPriority="338" w:unhideWhenUsed="0"/>
    <w:lsdException w:name="Medium Shading 1 Accent 4" w:semiHidden="0" w:uiPriority="339" w:unhideWhenUsed="0"/>
    <w:lsdException w:name="Medium Shading 2 Accent 4" w:semiHidden="0" w:uiPriority="598" w:unhideWhenUsed="0"/>
    <w:lsdException w:name="Medium List 1 Accent 4" w:semiHidden="0" w:uiPriority="599" w:unhideWhenUsed="0"/>
    <w:lsdException w:name="Medium List 2 Accent 4" w:semiHidden="0" w:uiPriority="600" w:unhideWhenUsed="0"/>
    <w:lsdException w:name="Medium Grid 1 Accent 4" w:semiHidden="0" w:uiPriority="601" w:unhideWhenUsed="0"/>
    <w:lsdException w:name="Medium Grid 2 Accent 4" w:semiHidden="0" w:uiPriority="608" w:unhideWhenUsed="0"/>
    <w:lsdException w:name="Medium Grid 3 Accent 4" w:semiHidden="0" w:uiPriority="609" w:unhideWhenUsed="0"/>
    <w:lsdException w:name="Dark List Accent 4" w:semiHidden="0" w:uiPriority="628" w:unhideWhenUsed="0"/>
    <w:lsdException w:name="Colorful Shading Accent 4" w:semiHidden="0" w:uiPriority="629" w:unhideWhenUsed="0"/>
    <w:lsdException w:name="Colorful List Accent 4" w:semiHidden="0" w:uiPriority="630" w:unhideWhenUsed="0"/>
    <w:lsdException w:name="Colorful Grid Accent 4" w:semiHidden="0" w:uiPriority="631" w:unhideWhenUsed="0"/>
    <w:lsdException w:name="Light Shading Accent 5" w:semiHidden="0" w:uiPriority="336" w:unhideWhenUsed="0"/>
    <w:lsdException w:name="Light List Accent 5" w:semiHidden="0" w:uiPriority="337" w:unhideWhenUsed="0"/>
    <w:lsdException w:name="Light Grid Accent 5" w:semiHidden="0" w:uiPriority="338" w:unhideWhenUsed="0"/>
    <w:lsdException w:name="Medium Shading 1 Accent 5" w:semiHidden="0" w:uiPriority="339" w:unhideWhenUsed="0"/>
    <w:lsdException w:name="Medium Shading 2 Accent 5" w:semiHidden="0" w:uiPriority="598" w:unhideWhenUsed="0"/>
    <w:lsdException w:name="Medium List 1 Accent 5" w:semiHidden="0" w:uiPriority="599" w:unhideWhenUsed="0"/>
    <w:lsdException w:name="Medium List 2 Accent 5" w:semiHidden="0" w:uiPriority="600" w:unhideWhenUsed="0"/>
    <w:lsdException w:name="Medium Grid 1 Accent 5" w:semiHidden="0" w:uiPriority="601" w:unhideWhenUsed="0"/>
    <w:lsdException w:name="Medium Grid 2 Accent 5" w:semiHidden="0" w:uiPriority="608" w:unhideWhenUsed="0"/>
    <w:lsdException w:name="Medium Grid 3 Accent 5" w:semiHidden="0" w:uiPriority="609" w:unhideWhenUsed="0"/>
    <w:lsdException w:name="Dark List Accent 5" w:semiHidden="0" w:uiPriority="628" w:unhideWhenUsed="0"/>
    <w:lsdException w:name="Colorful Shading Accent 5" w:semiHidden="0" w:uiPriority="629" w:unhideWhenUsed="0"/>
    <w:lsdException w:name="Colorful List Accent 5" w:semiHidden="0" w:uiPriority="630" w:unhideWhenUsed="0"/>
    <w:lsdException w:name="Colorful Grid Accent 5" w:semiHidden="0" w:uiPriority="631" w:unhideWhenUsed="0"/>
    <w:lsdException w:name="Light Shading Accent 6" w:semiHidden="0" w:uiPriority="336" w:unhideWhenUsed="0"/>
    <w:lsdException w:name="Light List Accent 6" w:semiHidden="0" w:uiPriority="337" w:unhideWhenUsed="0"/>
    <w:lsdException w:name="Light Grid Accent 6" w:semiHidden="0" w:uiPriority="338" w:unhideWhenUsed="0"/>
    <w:lsdException w:name="Medium Shading 1 Accent 6" w:semiHidden="0" w:uiPriority="339" w:unhideWhenUsed="0"/>
    <w:lsdException w:name="Medium Shading 2 Accent 6" w:semiHidden="0" w:uiPriority="598" w:unhideWhenUsed="0"/>
    <w:lsdException w:name="Medium List 1 Accent 6" w:semiHidden="0" w:uiPriority="599" w:unhideWhenUsed="0"/>
    <w:lsdException w:name="Medium List 2 Accent 6" w:semiHidden="0" w:uiPriority="600" w:unhideWhenUsed="0"/>
    <w:lsdException w:name="Medium Grid 1 Accent 6" w:semiHidden="0" w:uiPriority="601" w:unhideWhenUsed="0"/>
    <w:lsdException w:name="Medium Grid 2 Accent 6" w:semiHidden="0" w:uiPriority="608" w:unhideWhenUsed="0"/>
    <w:lsdException w:name="Medium Grid 3 Accent 6" w:semiHidden="0" w:uiPriority="609" w:unhideWhenUsed="0"/>
    <w:lsdException w:name="Dark List Accent 6" w:semiHidden="0" w:uiPriority="628" w:unhideWhenUsed="0"/>
    <w:lsdException w:name="Colorful Shading Accent 6" w:semiHidden="0" w:uiPriority="629" w:unhideWhenUsed="0"/>
    <w:lsdException w:name="Colorful List Accent 6" w:semiHidden="0" w:uiPriority="630" w:unhideWhenUsed="0"/>
    <w:lsdException w:name="Colorful Grid Accent 6" w:semiHidden="0" w:uiPriority="631" w:unhideWhenUsed="0"/>
    <w:lsdException w:name="Subtle Emphasis" w:semiHidden="0" w:uiPriority="55" w:unhideWhenUsed="0" w:qFormat="1"/>
    <w:lsdException w:name="Intense Emphasis" w:semiHidden="0" w:uiPriority="81" w:unhideWhenUsed="0" w:qFormat="1"/>
    <w:lsdException w:name="Subtle Reference" w:semiHidden="0" w:uiPriority="115" w:unhideWhenUsed="0" w:qFormat="1"/>
    <w:lsdException w:name="Intense Reference" w:semiHidden="0" w:uiPriority="128" w:unhideWhenUsed="0" w:qFormat="1"/>
    <w:lsdException w:name="Book Title" w:semiHidden="0" w:uiPriority="129" w:unhideWhenUsed="0" w:qFormat="1"/>
    <w:lsdException w:name="Bibliography" w:uiPriority="133"/>
    <w:lsdException w:name="TOC Heading" w:uiPriority="135" w:qFormat="1"/>
  </w:latentStyles>
  <w:style w:type="paragraph" w:default="1" w:styleId="Normal">
    <w:name w:val="Normal"/>
    <w:qFormat/>
    <w:rPr>
      <w:rFonts w:ascii="Times New Roman" w:eastAsia="Times New Roman" w:hAnsi="Times New Roman"/>
      <w:sz w:val="19"/>
    </w:rPr>
  </w:style>
  <w:style w:type="paragraph" w:customStyle="1" w:styleId="Header">
    <w:name w:val="header"/>
    <w:uiPriority w:val="99"/>
    <w:basedOn w:val="Normal"/>
    <w:link w:val="HeaderChar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uiPriority w:val="99"/>
    <w:basedOn w:val="DefaultParagraphFont"/>
    <w:link w:val="Header"/>
  </w:style>
  <w:style w:type="paragraph" w:customStyle="1" w:styleId="Footer">
    <w:name w:val="footer"/>
    <w:uiPriority w:val="99"/>
    <w:basedOn w:val="Normal"/>
    <w:link w:val="FooterChar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uiPriority w:val="99"/>
    <w:basedOn w:val="DefaultParagraphFont"/>
    <w:link w:val="Footer"/>
  </w:style>
  <w:style w:type="paragraph" w:styleId="Heading1">
    <w:name w:val="heading 1"/>
    <w:uiPriority w:val="9"/>
    <w:basedOn w:val="Normal"/>
    <w:next w:val="Normal"/>
    <w:link w:val="Heading1Char"/>
    <w:qFormat/>
    <w:pPr>
      <w:keepNext/>
      <w:keepLines/>
      <w:outlineLvl w:val="0"/>
      <w:spacing w:after="0" w:before="480"/>
    </w:pPr>
    <w:rPr>
      <w:rFonts w:asciiTheme="majorHAnsi" w:eastAsiaTheme="majorHAnsi" w:hAnsiTheme="majorHAnsi" w:cstheme="majorEastAsia"/>
      <w:b/>
      <w:bCs/>
      <w:color w:val="376092"/>
      <w:sz w:val="28"/>
      <w:szCs w:val="28"/>
    </w:rPr>
  </w:style>
  <w:style w:type="paragraph" w:styleId="Heading2">
    <w:name w:val="heading 2"/>
    <w:uiPriority w:val="9"/>
    <w:basedOn w:val="Normal"/>
    <w:next w:val="Normal"/>
    <w:link w:val="Heading2Char"/>
    <w:qFormat/>
    <w:unhideWhenUsed/>
    <w:pPr>
      <w:keepNext/>
      <w:keepLines/>
      <w:outlineLvl w:val="1"/>
      <w:spacing w:after="0" w:before="200"/>
    </w:pPr>
    <w:rPr>
      <w:rFonts w:asciiTheme="majorHAnsi" w:eastAsiaTheme="majorHAnsi" w:hAnsiTheme="majorHAnsi" w:cstheme="majorEastAsia"/>
      <w:b/>
      <w:bCs/>
      <w:color w:val="4F81BD"/>
      <w:sz w:val="26"/>
      <w:szCs w:val="26"/>
    </w:rPr>
  </w:style>
  <w:style w:type="paragraph" w:styleId="Heading3">
    <w:name w:val="heading 3"/>
    <w:uiPriority w:val="9"/>
    <w:basedOn w:val="Normal"/>
    <w:next w:val="Normal"/>
    <w:link w:val="Heading3Char"/>
    <w:qFormat/>
    <w:unhideWhenUsed/>
    <w:pPr>
      <w:keepNext/>
      <w:keepLines/>
      <w:outlineLvl w:val="2"/>
      <w:spacing w:after="0" w:before="200"/>
    </w:pPr>
    <w:rPr>
      <w:rFonts w:asciiTheme="majorHAnsi" w:eastAsiaTheme="majorHAnsi" w:hAnsiTheme="majorHAnsi" w:cstheme="majorEastAsia"/>
      <w:b/>
      <w:bCs/>
      <w:color w:val="4F81BD"/>
    </w:rPr>
  </w:style>
  <w:style w:type="paragraph" w:styleId="Heading4">
    <w:name w:val="heading 4"/>
    <w:uiPriority w:val="9"/>
    <w:basedOn w:val="Normal"/>
    <w:next w:val="Normal"/>
    <w:link w:val="Heading4Char"/>
    <w:qFormat/>
    <w:semiHidden/>
    <w:unhideWhenUsed/>
    <w:pPr>
      <w:keepNext/>
      <w:keepLines/>
      <w:outlineLvl w:val="3"/>
      <w:spacing w:after="0" w:before="200"/>
    </w:pPr>
    <w:rPr>
      <w:rFonts w:asciiTheme="majorHAnsi" w:eastAsiaTheme="majorHAnsi" w:hAnsiTheme="majorHAnsi" w:cstheme="majorEastAsia"/>
      <w:b/>
      <w:bCs/>
      <w:i/>
      <w:iCs/>
      <w:color w:val="4F81BD"/>
    </w:rPr>
  </w:style>
  <w:style w:type="paragraph" w:styleId="Heading5">
    <w:name w:val="heading 5"/>
    <w:uiPriority w:val="9"/>
    <w:basedOn w:val="Normal"/>
    <w:next w:val="Normal"/>
    <w:link w:val="Heading5Char"/>
    <w:qFormat/>
    <w:semiHidden/>
    <w:unhideWhenUsed/>
    <w:pPr>
      <w:keepNext/>
      <w:keepLines/>
      <w:outlineLvl w:val="4"/>
      <w:spacing w:after="0" w:before="200"/>
    </w:pPr>
    <w:rPr>
      <w:rFonts w:asciiTheme="majorHAnsi" w:eastAsiaTheme="majorHAnsi" w:hAnsiTheme="majorHAnsi" w:cstheme="majorEastAsia"/>
      <w:color w:val="244061"/>
    </w:rPr>
  </w:style>
  <w:style w:type="paragraph" w:styleId="Heading6">
    <w:name w:val="heading 6"/>
    <w:uiPriority w:val="9"/>
    <w:basedOn w:val="Normal"/>
    <w:next w:val="Normal"/>
    <w:link w:val="Heading6Char"/>
    <w:qFormat/>
    <w:semiHidden/>
    <w:unhideWhenUsed/>
    <w:pPr>
      <w:keepNext/>
      <w:keepLines/>
      <w:outlineLvl w:val="5"/>
      <w:spacing w:after="0" w:before="200"/>
    </w:pPr>
    <w:rPr>
      <w:rFonts w:asciiTheme="majorHAnsi" w:eastAsiaTheme="majorHAnsi" w:hAnsiTheme="majorHAnsi" w:cstheme="majorEastAsia"/>
      <w:i/>
      <w:iCs/>
      <w:color w:val="244061"/>
    </w:rPr>
  </w:style>
  <w:style w:type="paragraph" w:styleId="Heading7">
    <w:name w:val="heading 7"/>
    <w:uiPriority w:val="9"/>
    <w:basedOn w:val="Normal"/>
    <w:next w:val="Normal"/>
    <w:link w:val="Heading7Char"/>
    <w:qFormat/>
    <w:semiHidden/>
    <w:unhideWhenUsed/>
    <w:pPr>
      <w:keepNext/>
      <w:keepLines/>
      <w:outlineLvl w:val="6"/>
      <w:spacing w:after="0" w:before="200"/>
    </w:pPr>
    <w:rPr>
      <w:rFonts w:asciiTheme="majorHAnsi" w:eastAsiaTheme="majorHAnsi" w:hAnsiTheme="majorHAnsi" w:cstheme="majorEastAsia"/>
      <w:i/>
      <w:iCs/>
      <w:color w:val="8C8C8C"/>
    </w:rPr>
  </w:style>
  <w:style w:type="paragraph" w:styleId="Heading8">
    <w:name w:val="heading 8"/>
    <w:uiPriority w:val="9"/>
    <w:basedOn w:val="Normal"/>
    <w:next w:val="Normal"/>
    <w:link w:val="Heading8Char"/>
    <w:qFormat/>
    <w:semiHidden/>
    <w:unhideWhenUsed/>
    <w:pPr>
      <w:keepNext/>
      <w:keepLines/>
      <w:outlineLvl w:val="7"/>
      <w:spacing w:after="0" w:before="200"/>
    </w:pPr>
    <w:rPr>
      <w:rFonts w:asciiTheme="majorHAnsi" w:eastAsiaTheme="majorHAnsi" w:hAnsiTheme="majorHAnsi" w:cstheme="majorEastAsia"/>
      <w:color w:val="4F81BD"/>
      <w:sz w:val="20"/>
      <w:szCs w:val="20"/>
    </w:rPr>
  </w:style>
  <w:style w:type="paragraph" w:styleId="Heading9">
    <w:name w:val="heading 9"/>
    <w:uiPriority w:val="9"/>
    <w:basedOn w:val="Normal"/>
    <w:next w:val="Normal"/>
    <w:link w:val="Heading9Char"/>
    <w:qFormat/>
    <w:semiHidden/>
    <w:unhideWhenUsed/>
    <w:pPr>
      <w:keepNext/>
      <w:keepLines/>
      <w:outlineLvl w:val="8"/>
      <w:spacing w:after="0" w:before="200"/>
    </w:pPr>
    <w:rPr>
      <w:rFonts w:asciiTheme="majorHAnsi" w:eastAsiaTheme="majorHAnsi" w:hAnsiTheme="majorHAnsi" w:cstheme="majorEastAsia"/>
      <w:i/>
      <w:iCs/>
      <w:color w:val="8C8C8C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basedOn w:val="DefaultParagraphFont"/>
    <w:link w:val="Heading1"/>
    <w:rPr>
      <w:rFonts w:asciiTheme="majorHAnsi" w:eastAsiaTheme="majorHAnsi" w:hAnsiTheme="majorHAnsi" w:cstheme="majorEastAsia"/>
      <w:b/>
      <w:bCs/>
      <w:color w:val="376092"/>
      <w:sz w:val="28"/>
      <w:szCs w:val="28"/>
    </w:rPr>
  </w:style>
  <w:style w:type="character" w:customStyle="1" w:styleId="Heading2Char">
    <w:name w:val="Heading 2 Char"/>
    <w:uiPriority w:val="9"/>
    <w:basedOn w:val="DefaultParagraphFont"/>
    <w:link w:val="Heading2"/>
    <w:rPr>
      <w:rFonts w:asciiTheme="majorHAnsi" w:eastAsiaTheme="majorHAnsi" w:hAnsiTheme="majorHAnsi" w:cstheme="majorEastAsia"/>
      <w:b/>
      <w:bCs/>
      <w:color w:val="4F81BD"/>
      <w:sz w:val="26"/>
      <w:szCs w:val="26"/>
    </w:rPr>
  </w:style>
  <w:style w:type="character" w:customStyle="1" w:styleId="Heading3Char">
    <w:name w:val="Heading 3 Char"/>
    <w:uiPriority w:val="9"/>
    <w:basedOn w:val="DefaultParagraphFont"/>
    <w:link w:val="Heading3"/>
    <w:rPr>
      <w:rFonts w:asciiTheme="majorHAnsi" w:eastAsiaTheme="majorHAnsi" w:hAnsiTheme="majorHAnsi" w:cstheme="majorEastAsia"/>
      <w:b/>
      <w:bCs/>
      <w:color w:val="4F81BD"/>
    </w:rPr>
  </w:style>
  <w:style w:type="paragraph" w:styleId="Title">
    <w:name w:val="Title"/>
    <w:uiPriority w:val="10"/>
    <w:basedOn w:val="Normal"/>
    <w:next w:val="Normal"/>
    <w:link w:val="TitleChar"/>
    <w:qFormat/>
    <w:pPr>
      <w:contextualSpacing/>
      <w:pBdr>
        <w:bottom w:val="single" w:sz="8" w:space="4" w:color="4F81BD" w:themeColor="accent1"/>
      </w:pBdr>
      <w:spacing w:after="300" w:line="240" w:lineRule="auto"/>
    </w:pPr>
    <w:rPr>
      <w:rFonts w:asciiTheme="majorHAnsi" w:eastAsiaTheme="majorHAnsi" w:hAnsiTheme="majorHAnsi" w:cstheme="majorEastAsia"/>
      <w:color w:val="17375E"/>
      <w:sz w:val="52"/>
      <w:szCs w:val="52"/>
      <w:kern w:val="28"/>
      <w:spacing w:val="5"/>
    </w:rPr>
  </w:style>
  <w:style w:type="character" w:customStyle="1" w:styleId="TitleChar">
    <w:name w:val="Title Char"/>
    <w:uiPriority w:val="10"/>
    <w:basedOn w:val="DefaultParagraphFont"/>
    <w:link w:val="Title"/>
    <w:rPr>
      <w:rFonts w:asciiTheme="majorHAnsi" w:eastAsiaTheme="majorHAnsi" w:hAnsiTheme="majorHAnsi" w:cstheme="majorEastAsia"/>
      <w:color w:val="17375E"/>
      <w:sz w:val="52"/>
      <w:szCs w:val="52"/>
      <w:kern w:val="28"/>
      <w:spacing w:val="5"/>
    </w:rPr>
  </w:style>
  <w:style w:type="paragraph" w:styleId="Subtitle">
    <w:name w:val="Subtitle"/>
    <w:uiPriority w:val="11"/>
    <w:basedOn w:val="Normal"/>
    <w:next w:val="Normal"/>
    <w:link w:val="SubtitleChar"/>
    <w:qFormat/>
    <w:pPr>
      <w:numPr>
        <w:ilvl w:val="1"/>
      </w:numPr>
    </w:pPr>
    <w:rPr>
      <w:rFonts w:asciiTheme="majorHAnsi" w:eastAsiaTheme="majorHAnsi" w:hAnsiTheme="majorHAnsi" w:cstheme="majorEastAsia"/>
      <w:i/>
      <w:iCs/>
      <w:color w:val="4F81BD"/>
      <w:sz w:val="24"/>
      <w:szCs w:val="24"/>
      <w:spacing w:val="15"/>
    </w:rPr>
  </w:style>
  <w:style w:type="character" w:customStyle="1" w:styleId="SubtitleChar">
    <w:name w:val="Subtitle Char"/>
    <w:uiPriority w:val="11"/>
    <w:basedOn w:val="DefaultParagraphFont"/>
    <w:link w:val="Subtitle"/>
    <w:rPr>
      <w:rFonts w:asciiTheme="majorHAnsi" w:eastAsiaTheme="majorHAnsi" w:hAnsiTheme="majorHAnsi" w:cstheme="majorEastAsia"/>
      <w:i/>
      <w:iCs/>
      <w:color w:val="4F81BD"/>
      <w:sz w:val="24"/>
      <w:szCs w:val="24"/>
      <w:spacing w:val="15"/>
    </w:rPr>
  </w:style>
  <w:style w:type="paragraph" w:styleId="ListParagraph">
    <w:name w:val="List Paragraph"/>
    <w:uiPriority w:val="34"/>
    <w:basedOn w:val="Normal"/>
    <w:qFormat/>
    <w:pPr>
      <w:ind w:left="720"/>
      <w:contextualSpacing/>
    </w:pPr>
  </w:style>
  <w:style w:type="paragraph" w:customStyle="1" w:styleId="BodyText">
    <w:name w:val="Body Text"/>
    <w:uiPriority w:val="99"/>
    <w:basedOn w:val="Normal"/>
    <w:link w:val="BodyTextChar"/>
    <w:unhideWhenUsed/>
    <w:pPr>
      <w:spacing w:after="120"/>
    </w:pPr>
  </w:style>
  <w:style w:type="character" w:customStyle="1" w:styleId="BodyTextChar">
    <w:name w:val="Body Text Char"/>
    <w:uiPriority w:val="99"/>
    <w:basedOn w:val="DefaultParagraphFont"/>
    <w:link w:val="BodyText"/>
  </w:style>
  <w:style w:type="paragraph" w:customStyle="1" w:styleId="BodyText2">
    <w:name w:val="Body Text 2"/>
    <w:uiPriority w:val="99"/>
    <w:basedOn w:val="Normal"/>
    <w:link w:val="BodyText2Char"/>
    <w:unhideWhenUsed/>
    <w:pPr>
      <w:spacing w:after="120" w:line="480" w:lineRule="auto"/>
    </w:pPr>
  </w:style>
  <w:style w:type="character" w:customStyle="1" w:styleId="BodyText2Char">
    <w:name w:val="Body Text 2 Char"/>
    <w:uiPriority w:val="99"/>
    <w:basedOn w:val="DefaultParagraphFont"/>
    <w:link w:val="BodyText2"/>
  </w:style>
  <w:style w:type="paragraph" w:customStyle="1" w:styleId="BodyText3">
    <w:name w:val="Body Text 3"/>
    <w:uiPriority w:val="99"/>
    <w:basedOn w:val="Normal"/>
    <w:link w:val="BodyText3Char"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uiPriority w:val="99"/>
    <w:basedOn w:val="DefaultParagraphFont"/>
    <w:link w:val="BodyText3"/>
    <w:rPr>
      <w:sz w:val="16"/>
      <w:szCs w:val="16"/>
    </w:rPr>
  </w:style>
  <w:style w:type="paragraph" w:customStyle="1" w:styleId="List">
    <w:name w:val="List"/>
    <w:uiPriority w:val="99"/>
    <w:basedOn w:val="Normal"/>
    <w:unhideWhenUsed/>
    <w:pPr>
      <w:ind w:left="360" w:hanging="360"/>
      <w:contextualSpacing/>
    </w:pPr>
  </w:style>
  <w:style w:type="paragraph" w:customStyle="1" w:styleId="List2">
    <w:name w:val="List 2"/>
    <w:uiPriority w:val="99"/>
    <w:basedOn w:val="Normal"/>
    <w:unhideWhenUsed/>
    <w:pPr>
      <w:ind w:left="720" w:hanging="360"/>
      <w:contextualSpacing/>
    </w:pPr>
  </w:style>
  <w:style w:type="paragraph" w:customStyle="1" w:styleId="List3">
    <w:name w:val="List 3"/>
    <w:uiPriority w:val="99"/>
    <w:basedOn w:val="Normal"/>
    <w:unhideWhenUsed/>
    <w:pPr>
      <w:ind w:left="1080" w:hanging="360"/>
      <w:contextualSpacing/>
    </w:pPr>
  </w:style>
  <w:style w:type="paragraph" w:customStyle="1" w:styleId="ListBullet">
    <w:name w:val="List Bullet"/>
    <w:uiPriority w:val="99"/>
    <w:basedOn w:val="Normal"/>
    <w:unhideWhenUsed/>
    <w:pPr>
      <w:contextualSpacing/>
      <w:numPr>
        <w:numId w:val="1"/>
      </w:numPr>
    </w:pPr>
  </w:style>
  <w:style w:type="paragraph" w:customStyle="1" w:styleId="ListBullet2">
    <w:name w:val="List Bullet 2"/>
    <w:uiPriority w:val="99"/>
    <w:basedOn w:val="Normal"/>
    <w:unhideWhenUsed/>
    <w:pPr>
      <w:contextualSpacing/>
      <w:numPr>
        <w:numId w:val="2"/>
      </w:numPr>
    </w:pPr>
  </w:style>
  <w:style w:type="paragraph" w:customStyle="1" w:styleId="ListBullet3">
    <w:name w:val="List Bullet 3"/>
    <w:uiPriority w:val="99"/>
    <w:basedOn w:val="Normal"/>
    <w:unhideWhenUsed/>
    <w:pPr>
      <w:contextualSpacing/>
      <w:numPr>
        <w:numId w:val="3"/>
      </w:numPr>
    </w:pPr>
  </w:style>
  <w:style w:type="paragraph" w:customStyle="1" w:styleId="ListNumber">
    <w:name w:val="List Number"/>
    <w:uiPriority w:val="99"/>
    <w:basedOn w:val="Normal"/>
    <w:unhideWhenUsed/>
    <w:pPr>
      <w:contextualSpacing/>
      <w:numPr>
        <w:numId w:val="4"/>
      </w:numPr>
    </w:pPr>
  </w:style>
  <w:style w:type="paragraph" w:customStyle="1" w:styleId="ListNumber2">
    <w:name w:val="List Number 2"/>
    <w:uiPriority w:val="99"/>
    <w:basedOn w:val="Normal"/>
    <w:unhideWhenUsed/>
    <w:pPr>
      <w:contextualSpacing/>
      <w:numPr>
        <w:numId w:val="5"/>
      </w:numPr>
    </w:pPr>
  </w:style>
  <w:style w:type="paragraph" w:customStyle="1" w:styleId="ListNumber3">
    <w:name w:val="List Number 3"/>
    <w:uiPriority w:val="99"/>
    <w:basedOn w:val="Normal"/>
    <w:unhideWhenUsed/>
    <w:pPr>
      <w:contextualSpacing/>
      <w:numPr>
        <w:numId w:val="6"/>
      </w:numPr>
    </w:pPr>
  </w:style>
  <w:style w:type="paragraph" w:customStyle="1" w:styleId="ListContinue">
    <w:name w:val="List Continue"/>
    <w:uiPriority w:val="99"/>
    <w:basedOn w:val="Normal"/>
    <w:unhideWhenUsed/>
    <w:pPr>
      <w:ind w:left="360"/>
      <w:contextualSpacing/>
      <w:spacing w:after="120"/>
    </w:pPr>
  </w:style>
  <w:style w:type="paragraph" w:customStyle="1" w:styleId="ListContinue2">
    <w:name w:val="List Continue 2"/>
    <w:uiPriority w:val="99"/>
    <w:basedOn w:val="Normal"/>
    <w:unhideWhenUsed/>
    <w:pPr>
      <w:ind w:left="720"/>
      <w:contextualSpacing/>
      <w:spacing w:after="120"/>
    </w:pPr>
  </w:style>
  <w:style w:type="paragraph" w:customStyle="1" w:styleId="ListContinue3">
    <w:name w:val="List Continue 3"/>
    <w:uiPriority w:val="99"/>
    <w:basedOn w:val="Normal"/>
    <w:unhideWhenUsed/>
    <w:pPr>
      <w:ind w:left="1080"/>
      <w:contextualSpacing/>
      <w:spacing w:after="120"/>
    </w:pPr>
  </w:style>
  <w:style w:type="paragraph" w:customStyle="1" w:styleId="MacroText">
    <w:name w:val="macro"/>
    <w:uiPriority w:val="99"/>
    <w:link w:val="MacroTextChar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uiPriority w:val="99"/>
    <w:basedOn w:val="DefaultParagraphFont"/>
    <w:link w:val="MacroText"/>
    <w:rPr>
      <w:rFonts w:ascii="Courier" w:hAnsi="Courier"/>
      <w:sz w:val="20"/>
      <w:szCs w:val="20"/>
    </w:rPr>
  </w:style>
  <w:style w:type="paragraph" w:styleId="Quote">
    <w:name w:val="Quote"/>
    <w:uiPriority w:val="29"/>
    <w:basedOn w:val="Normal"/>
    <w:next w:val="Normal"/>
    <w:link w:val="QuoteChar"/>
    <w:qFormat/>
    <w:rPr>
      <w:i/>
      <w:iCs/>
      <w:color w:val="000000"/>
    </w:rPr>
  </w:style>
  <w:style w:type="character" w:customStyle="1" w:styleId="QuoteChar">
    <w:name w:val="Quote Char"/>
    <w:uiPriority w:val="29"/>
    <w:basedOn w:val="DefaultParagraphFont"/>
    <w:link w:val="Quote"/>
    <w:rPr>
      <w:i/>
      <w:iCs/>
      <w:color w:val="000000"/>
    </w:rPr>
  </w:style>
  <w:style w:type="character" w:customStyle="1" w:styleId="Heading4Char">
    <w:name w:val="Heading 4 Char"/>
    <w:uiPriority w:val="9"/>
    <w:basedOn w:val="DefaultParagraphFont"/>
    <w:link w:val="Heading4"/>
    <w:semiHidden/>
    <w:rPr>
      <w:rFonts w:asciiTheme="majorHAnsi" w:eastAsiaTheme="majorHAnsi" w:hAnsiTheme="majorHAnsi" w:cstheme="majorEastAsia"/>
      <w:b/>
      <w:bCs/>
      <w:i/>
      <w:iCs/>
      <w:color w:val="4F81BD"/>
    </w:rPr>
  </w:style>
  <w:style w:type="character" w:customStyle="1" w:styleId="Heading5Char">
    <w:name w:val="Heading 5 Char"/>
    <w:uiPriority w:val="9"/>
    <w:basedOn w:val="DefaultParagraphFont"/>
    <w:link w:val="Heading5"/>
    <w:semiHidden/>
    <w:rPr>
      <w:rFonts w:asciiTheme="majorHAnsi" w:eastAsiaTheme="majorHAnsi" w:hAnsiTheme="majorHAnsi" w:cstheme="majorEastAsia"/>
      <w:color w:val="244061"/>
    </w:rPr>
  </w:style>
  <w:style w:type="character" w:customStyle="1" w:styleId="Heading6Char">
    <w:name w:val="Heading 6 Char"/>
    <w:uiPriority w:val="9"/>
    <w:basedOn w:val="DefaultParagraphFont"/>
    <w:link w:val="Heading6"/>
    <w:semiHidden/>
    <w:rPr>
      <w:rFonts w:asciiTheme="majorHAnsi" w:eastAsiaTheme="majorHAnsi" w:hAnsiTheme="majorHAnsi" w:cstheme="majorEastAsia"/>
      <w:i/>
      <w:iCs/>
      <w:color w:val="244061"/>
    </w:rPr>
  </w:style>
  <w:style w:type="character" w:customStyle="1" w:styleId="Heading7Char">
    <w:name w:val="Heading 7 Char"/>
    <w:uiPriority w:val="9"/>
    <w:basedOn w:val="DefaultParagraphFont"/>
    <w:link w:val="Heading7"/>
    <w:semiHidden/>
    <w:rPr>
      <w:rFonts w:asciiTheme="majorHAnsi" w:eastAsiaTheme="majorHAnsi" w:hAnsiTheme="majorHAnsi" w:cstheme="majorEastAsia"/>
      <w:i/>
      <w:iCs/>
      <w:color w:val="8C8C8C"/>
    </w:rPr>
  </w:style>
  <w:style w:type="character" w:customStyle="1" w:styleId="Heading8Char">
    <w:name w:val="Heading 8 Char"/>
    <w:uiPriority w:val="9"/>
    <w:basedOn w:val="DefaultParagraphFont"/>
    <w:link w:val="Heading8"/>
    <w:semiHidden/>
    <w:rPr>
      <w:rFonts w:asciiTheme="majorHAnsi" w:eastAsiaTheme="majorHAnsi" w:hAnsiTheme="majorHAnsi" w:cstheme="majorEastAsia"/>
      <w:color w:val="4F81BD"/>
      <w:sz w:val="20"/>
      <w:szCs w:val="20"/>
    </w:rPr>
  </w:style>
  <w:style w:type="character" w:customStyle="1" w:styleId="Heading9Char">
    <w:name w:val="Heading 9 Char"/>
    <w:uiPriority w:val="9"/>
    <w:basedOn w:val="DefaultParagraphFont"/>
    <w:link w:val="Heading9"/>
    <w:semiHidden/>
    <w:rPr>
      <w:rFonts w:asciiTheme="majorHAnsi" w:eastAsiaTheme="majorHAnsi" w:hAnsiTheme="majorHAnsi" w:cstheme="majorEastAsia"/>
      <w:i/>
      <w:iCs/>
      <w:color w:val="8C8C8C"/>
      <w:sz w:val="20"/>
      <w:szCs w:val="20"/>
    </w:rPr>
  </w:style>
  <w:style w:type="paragraph" w:styleId="Caption">
    <w:name w:val="caption"/>
    <w:uiPriority w:val="35"/>
    <w:basedOn w:val="Normal"/>
    <w:next w:val="Normal"/>
    <w:qFormat/>
    <w:semiHidden/>
    <w:unhideWhenUsed/>
    <w:pPr>
      <w:spacing w:line="240" w:lineRule="auto"/>
    </w:pPr>
    <w:rPr>
      <w:b/>
      <w:bCs/>
      <w:color w:val="4F81BD"/>
      <w:sz w:val="18"/>
      <w:szCs w:val="18"/>
    </w:rPr>
  </w:style>
  <w:style w:type="character" w:styleId="Strong">
    <w:name w:val="Strong"/>
    <w:uiPriority w:val="22"/>
    <w:basedOn w:val="DefaultParagraphFont"/>
    <w:qFormat/>
    <w:rPr>
      <w:b/>
      <w:bCs/>
    </w:rPr>
  </w:style>
  <w:style w:type="character" w:styleId="Emphasis">
    <w:name w:val="Emphasis"/>
    <w:uiPriority w:val="20"/>
    <w:basedOn w:val="DefaultParagraphFont"/>
    <w:qFormat/>
    <w:rPr>
      <w:i/>
      <w:iCs/>
    </w:rPr>
  </w:style>
  <w:style w:type="paragraph" w:styleId="IntenseQuote">
    <w:name w:val="Intense Quote"/>
    <w:uiPriority w:val="30"/>
    <w:basedOn w:val="Normal"/>
    <w:next w:val="Normal"/>
    <w:link w:val="IntenseQuoteChar"/>
    <w:qFormat/>
    <w:pPr>
      <w:ind w:left="936" w:right="936"/>
      <w:pBdr>
        <w:bottom w:val="single" w:sz="4" w:space="4" w:color="4F81BD" w:themeColor="accent1"/>
      </w:pBdr>
      <w:spacing w:after="280" w:before="200"/>
    </w:pPr>
    <w:rPr>
      <w:b/>
      <w:bCs/>
      <w:i/>
      <w:iCs/>
      <w:color w:val="4F81BD"/>
    </w:rPr>
  </w:style>
  <w:style w:type="character" w:customStyle="1" w:styleId="IntenseQuoteChar">
    <w:name w:val="Intense Quote Char"/>
    <w:uiPriority w:val="30"/>
    <w:basedOn w:val="DefaultParagraphFont"/>
    <w:link w:val="IntenseQuote"/>
    <w:rPr>
      <w:b/>
      <w:bCs/>
      <w:i/>
      <w:iCs/>
      <w:color w:val="4F81BD"/>
    </w:rPr>
  </w:style>
  <w:style w:type="character" w:styleId="SubtleEmphasis">
    <w:name w:val="Subtle Emphasis"/>
    <w:uiPriority w:val="19"/>
    <w:basedOn w:val="DefaultParagraphFont"/>
    <w:qFormat/>
    <w:rPr>
      <w:i/>
      <w:iCs/>
      <w:color w:val="BDBDBD"/>
    </w:rPr>
  </w:style>
  <w:style w:type="character" w:styleId="IntenseEmphasis">
    <w:name w:val="Intense Emphasis"/>
    <w:uiPriority w:val="21"/>
    <w:basedOn w:val="DefaultParagraphFont"/>
    <w:qFormat/>
    <w:rPr>
      <w:b/>
      <w:bCs/>
      <w:i/>
      <w:iCs/>
      <w:color w:val="4F81BD"/>
    </w:rPr>
  </w:style>
  <w:style w:type="character" w:styleId="SubtleReference">
    <w:name w:val="Subtle Reference"/>
    <w:uiPriority w:val="31"/>
    <w:basedOn w:val="DefaultParagraphFont"/>
    <w:qFormat/>
    <w:rPr>
      <w:smallCaps/>
      <w:color w:val="C0504D"/>
      <w:u w:val="single" w:color="auto"/>
    </w:rPr>
  </w:style>
  <w:style w:type="character" w:styleId="IntenseReference">
    <w:name w:val="Intense Reference"/>
    <w:uiPriority w:val="32"/>
    <w:basedOn w:val="DefaultParagraphFont"/>
    <w:qFormat/>
    <w:rPr>
      <w:b/>
      <w:bCs/>
      <w:smallCaps/>
      <w:color w:val="C0504D"/>
      <w:u w:val="single" w:color="auto"/>
      <w:spacing w:val="5"/>
    </w:rPr>
  </w:style>
  <w:style w:type="character" w:styleId="BookTitle">
    <w:name w:val="Book Title"/>
    <w:uiPriority w:val="33"/>
    <w:basedOn w:val="DefaultParagraphFont"/>
    <w:qFormat/>
    <w:rPr>
      <w:b/>
      <w:bCs/>
      <w:smallCaps/>
      <w:spacing w:val="5"/>
    </w:rPr>
  </w:style>
  <w:style w:type="paragraph" w:styleId="TOCHeading">
    <w:name w:val="TOC Heading"/>
    <w:uiPriority w:val="39"/>
    <w:basedOn w:val="Heading1"/>
    <w:next w:val="Normal"/>
    <w:qFormat/>
    <w:semiHidden/>
    <w:unhideWhenUsed/>
    <w:pPr>
      <w:outlineLvl w:val="9"/>
    </w:pPr>
  </w:style>
  <w:style w:type="table" w:styleId="TableGrid">
    <w:name w:val="Table Grid"/>
    <w:uiPriority w:val="59"/>
    <w:basedOn w:val="TableNormal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uiPriority w:val="60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1E1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1E1" w:themeFill="text1" w:themeFillTint="3f"/>
      </w:tcPr>
    </w:tblStylePr>
  </w:style>
  <w:style w:type="table" w:styleId="LightShading-Accent1">
    <w:name w:val="Light Shading Accent 1"/>
    <w:uiPriority w:val="60"/>
    <w:basedOn w:val="TableNormal"/>
    <w:pPr>
      <w:spacing w:after="0" w:line="240" w:lineRule="auto"/>
    </w:pPr>
    <w:rPr>
      <w:color w:val="37609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8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8F1" w:themeFill="accent1" w:themeFillTint="3f"/>
      </w:tcPr>
    </w:tblStylePr>
  </w:style>
  <w:style w:type="table" w:styleId="LightShading-Accent2">
    <w:name w:val="Light Shading Accent 2"/>
    <w:uiPriority w:val="60"/>
    <w:basedOn w:val="TableNormal"/>
    <w:pPr>
      <w:spacing w:after="0" w:line="240" w:lineRule="auto"/>
    </w:pPr>
    <w:rPr>
      <w:color w:val="953735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E4E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E4E3" w:themeFill="accent2" w:themeFillTint="3f"/>
      </w:tcPr>
    </w:tblStylePr>
  </w:style>
  <w:style w:type="table" w:styleId="LightShading-Accent3">
    <w:name w:val="Light Shading Accent 3"/>
    <w:uiPriority w:val="60"/>
    <w:basedOn w:val="TableNormal"/>
    <w:pPr>
      <w:spacing w:after="0" w:line="240" w:lineRule="auto"/>
    </w:pPr>
    <w:rPr>
      <w:color w:val="76933C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F0E4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F0E4" w:themeFill="accent3" w:themeFillTint="3f"/>
      </w:tcPr>
    </w:tblStylePr>
  </w:style>
  <w:style w:type="table" w:styleId="LightShading-Accent4">
    <w:name w:val="Light Shading Accent 4"/>
    <w:uiPriority w:val="60"/>
    <w:basedOn w:val="TableNormal"/>
    <w:pPr>
      <w:spacing w:after="0" w:line="240" w:lineRule="auto"/>
    </w:pPr>
    <w:rPr>
      <w:color w:val="604A7B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5E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5EC" w:themeFill="accent4" w:themeFillTint="3f"/>
      </w:tcPr>
    </w:tblStylePr>
  </w:style>
  <w:style w:type="table" w:styleId="LightShading-Accent5">
    <w:name w:val="Light Shading Accent 5"/>
    <w:uiPriority w:val="60"/>
    <w:basedOn w:val="TableNormal"/>
    <w:pPr>
      <w:spacing w:after="0" w:line="240" w:lineRule="auto"/>
    </w:pPr>
    <w:rPr>
      <w:color w:val="31859B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EF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EF3" w:themeFill="accent5" w:themeFillTint="3f"/>
      </w:tcPr>
    </w:tblStylePr>
  </w:style>
  <w:style w:type="table" w:styleId="LightShading-Accent6">
    <w:name w:val="Light Shading Accent 6"/>
    <w:uiPriority w:val="60"/>
    <w:basedOn w:val="TableNormal"/>
    <w:pPr>
      <w:spacing w:after="0" w:line="240" w:lineRule="auto"/>
    </w:pPr>
    <w:rPr>
      <w:color w:val="E46C0A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B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BE3" w:themeFill="accent6" w:themeFillTint="3f"/>
      </w:tcPr>
    </w:tblStylePr>
  </w:style>
  <w:style w:type="table" w:styleId="LightList">
    <w:name w:val="Light List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000000" w:themeFill="text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HAnsi" w:hAnsiTheme="majorHAnsi" w:cstheme="majorEastAsia"/>
        <w:b/>
        <w:bCs/>
      </w:rPr>
    </w:tblStylePr>
    <w:tblStylePr w:type="lastCol"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E1E1E1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E1E1E1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HAnsi" w:hAnsiTheme="majorHAnsi" w:cstheme="majorEastAsia"/>
        <w:b/>
        <w:bCs/>
      </w:rPr>
    </w:tblStylePr>
    <w:tblStylePr w:type="lastCol"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E4E8F1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E4E8F1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HAnsi" w:hAnsiTheme="majorHAnsi" w:cstheme="majorEastAsia"/>
        <w:b/>
        <w:bCs/>
      </w:rPr>
    </w:tblStylePr>
    <w:tblStylePr w:type="lastCol"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F1E4E3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F1E4E3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HAnsi" w:hAnsiTheme="majorHAnsi" w:cstheme="majorEastAsia"/>
        <w:b/>
        <w:bCs/>
      </w:rPr>
    </w:tblStylePr>
    <w:tblStylePr w:type="lastCol"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BF0E4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BF0E4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HAnsi" w:hAnsiTheme="majorHAnsi" w:cstheme="majorEastAsia"/>
        <w:b/>
        <w:bCs/>
      </w:rPr>
    </w:tblStylePr>
    <w:tblStylePr w:type="lastCol"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E8E5EC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E8E5EC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HAnsi" w:hAnsiTheme="majorHAnsi" w:cstheme="majorEastAsia"/>
        <w:b/>
        <w:bCs/>
      </w:rPr>
    </w:tblStylePr>
    <w:tblStylePr w:type="lastCol"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E3EEF3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E3EEF3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HAnsi" w:hAnsiTheme="majorHAnsi" w:cstheme="majorEastAsia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HAnsi" w:hAnsiTheme="majorHAnsi" w:cstheme="majorEastAsia"/>
        <w:b/>
        <w:bCs/>
      </w:rPr>
    </w:tblStylePr>
    <w:tblStylePr w:type="lastCol">
      <w:rPr>
        <w:rFonts w:asciiTheme="majorHAnsi" w:eastAsiaTheme="majorHAnsi" w:hAnsiTheme="majorHAnsi" w:cstheme="majorEastAsia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BE3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BE3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8C8C8C" w:themeColor="text1" w:themeTint="bf"/>
        <w:left w:val="single" w:sz="8" w:space="0" w:color="8C8C8C" w:themeColor="text1" w:themeTint="bf"/>
        <w:bottom w:val="single" w:sz="8" w:space="0" w:color="8C8C8C" w:themeColor="text1" w:themeTint="bf"/>
        <w:right w:val="single" w:sz="8" w:space="0" w:color="8C8C8C" w:themeColor="text1" w:themeTint="bf"/>
        <w:insideH w:val="single" w:sz="8" w:space="0" w:color="8C8C8C" w:themeColor="text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8C8C8C" w:themeColor="text1" w:themeTint="bf"/>
          <w:left w:val="single" w:sz="8" w:space="0" w:color="8C8C8C" w:themeColor="text1" w:themeTint="bf"/>
          <w:bottom w:val="single" w:sz="8" w:space="0" w:color="8C8C8C" w:themeColor="text1" w:themeTint="bf"/>
          <w:right w:val="single" w:sz="8" w:space="0" w:color="8C8C8C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8C8C8C" w:themeColor="text1" w:themeTint="bf"/>
          <w:left w:val="single" w:sz="8" w:space="0" w:color="8C8C8C" w:themeColor="text1" w:themeTint="bf"/>
          <w:bottom w:val="single" w:sz="8" w:space="0" w:color="8C8C8C" w:themeColor="text1" w:themeTint="bf"/>
          <w:right w:val="single" w:sz="8" w:space="0" w:color="8C8C8C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1E1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1E1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97ADD0" w:themeColor="accent1" w:themeTint="bf"/>
        <w:left w:val="single" w:sz="8" w:space="0" w:color="97ADD0" w:themeColor="accent1" w:themeTint="bf"/>
        <w:bottom w:val="single" w:sz="8" w:space="0" w:color="97ADD0" w:themeColor="accent1" w:themeTint="bf"/>
        <w:right w:val="single" w:sz="8" w:space="0" w:color="97ADD0" w:themeColor="accent1" w:themeTint="bf"/>
        <w:insideH w:val="single" w:sz="8" w:space="0" w:color="97ADD0" w:themeColor="accent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97ADD0" w:themeColor="accent1" w:themeTint="bf"/>
          <w:left w:val="single" w:sz="8" w:space="0" w:color="97ADD0" w:themeColor="accent1" w:themeTint="bf"/>
          <w:bottom w:val="single" w:sz="8" w:space="0" w:color="97ADD0" w:themeColor="accent1" w:themeTint="bf"/>
          <w:right w:val="single" w:sz="8" w:space="0" w:color="97ADD0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97ADD0" w:themeColor="accent1" w:themeTint="bf"/>
          <w:left w:val="single" w:sz="8" w:space="0" w:color="97ADD0" w:themeColor="accent1" w:themeTint="bf"/>
          <w:bottom w:val="single" w:sz="8" w:space="0" w:color="97ADD0" w:themeColor="accent1" w:themeTint="bf"/>
          <w:right w:val="single" w:sz="8" w:space="0" w:color="97ADD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8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E8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D29897" w:themeColor="accent2" w:themeTint="bf"/>
        <w:left w:val="single" w:sz="8" w:space="0" w:color="D29897" w:themeColor="accent2" w:themeTint="bf"/>
        <w:bottom w:val="single" w:sz="8" w:space="0" w:color="D29897" w:themeColor="accent2" w:themeTint="bf"/>
        <w:right w:val="single" w:sz="8" w:space="0" w:color="D29897" w:themeColor="accent2" w:themeTint="bf"/>
        <w:insideH w:val="single" w:sz="8" w:space="0" w:color="D29897" w:themeColor="accent2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D29897" w:themeColor="accent2" w:themeTint="bf"/>
          <w:left w:val="single" w:sz="8" w:space="0" w:color="D29897" w:themeColor="accent2" w:themeTint="bf"/>
          <w:bottom w:val="single" w:sz="8" w:space="0" w:color="D29897" w:themeColor="accent2" w:themeTint="bf"/>
          <w:right w:val="single" w:sz="8" w:space="0" w:color="D29897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D29897" w:themeColor="accent2" w:themeTint="bf"/>
          <w:left w:val="single" w:sz="8" w:space="0" w:color="D29897" w:themeColor="accent2" w:themeTint="bf"/>
          <w:bottom w:val="single" w:sz="8" w:space="0" w:color="D29897" w:themeColor="accent2" w:themeTint="bf"/>
          <w:right w:val="single" w:sz="8" w:space="0" w:color="D2989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E4E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E4E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BBCF9B" w:themeColor="accent3" w:themeTint="bf"/>
        <w:left w:val="single" w:sz="8" w:space="0" w:color="BBCF9B" w:themeColor="accent3" w:themeTint="bf"/>
        <w:bottom w:val="single" w:sz="8" w:space="0" w:color="BBCF9B" w:themeColor="accent3" w:themeTint="bf"/>
        <w:right w:val="single" w:sz="8" w:space="0" w:color="BBCF9B" w:themeColor="accent3" w:themeTint="bf"/>
        <w:insideH w:val="single" w:sz="8" w:space="0" w:color="BBCF9B" w:themeColor="accent3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BBCF9B" w:themeColor="accent3" w:themeTint="bf"/>
          <w:left w:val="single" w:sz="8" w:space="0" w:color="BBCF9B" w:themeColor="accent3" w:themeTint="bf"/>
          <w:bottom w:val="single" w:sz="8" w:space="0" w:color="BBCF9B" w:themeColor="accent3" w:themeTint="bf"/>
          <w:right w:val="single" w:sz="8" w:space="0" w:color="BBCF9B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BBCF9B" w:themeColor="accent3" w:themeTint="bf"/>
          <w:left w:val="single" w:sz="8" w:space="0" w:color="BBCF9B" w:themeColor="accent3" w:themeTint="bf"/>
          <w:bottom w:val="single" w:sz="8" w:space="0" w:color="BBCF9B" w:themeColor="accent3" w:themeTint="bf"/>
          <w:right w:val="single" w:sz="8" w:space="0" w:color="BBCF9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0E4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F0E4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AC9FBF" w:themeColor="accent4" w:themeTint="bf"/>
        <w:left w:val="single" w:sz="8" w:space="0" w:color="AC9FBF" w:themeColor="accent4" w:themeTint="bf"/>
        <w:bottom w:val="single" w:sz="8" w:space="0" w:color="AC9FBF" w:themeColor="accent4" w:themeTint="bf"/>
        <w:right w:val="single" w:sz="8" w:space="0" w:color="AC9FBF" w:themeColor="accent4" w:themeTint="bf"/>
        <w:insideH w:val="single" w:sz="8" w:space="0" w:color="AC9FBF" w:themeColor="accent4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AC9FBF" w:themeColor="accent4" w:themeTint="bf"/>
          <w:left w:val="single" w:sz="8" w:space="0" w:color="AC9FBF" w:themeColor="accent4" w:themeTint="bf"/>
          <w:bottom w:val="single" w:sz="8" w:space="0" w:color="AC9FBF" w:themeColor="accent4" w:themeTint="bf"/>
          <w:right w:val="single" w:sz="8" w:space="0" w:color="AC9FBF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AC9FBF" w:themeColor="accent4" w:themeTint="bf"/>
          <w:left w:val="single" w:sz="8" w:space="0" w:color="AC9FBF" w:themeColor="accent4" w:themeTint="bf"/>
          <w:bottom w:val="single" w:sz="8" w:space="0" w:color="AC9FBF" w:themeColor="accent4" w:themeTint="bf"/>
          <w:right w:val="single" w:sz="8" w:space="0" w:color="AC9FB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5E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5E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96C5D6" w:themeColor="accent5" w:themeTint="bf"/>
        <w:left w:val="single" w:sz="8" w:space="0" w:color="96C5D6" w:themeColor="accent5" w:themeTint="bf"/>
        <w:bottom w:val="single" w:sz="8" w:space="0" w:color="96C5D6" w:themeColor="accent5" w:themeTint="bf"/>
        <w:right w:val="single" w:sz="8" w:space="0" w:color="96C5D6" w:themeColor="accent5" w:themeTint="bf"/>
        <w:insideH w:val="single" w:sz="8" w:space="0" w:color="96C5D6" w:themeColor="accent5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96C5D6" w:themeColor="accent5" w:themeTint="bf"/>
          <w:left w:val="single" w:sz="8" w:space="0" w:color="96C5D6" w:themeColor="accent5" w:themeTint="bf"/>
          <w:bottom w:val="single" w:sz="8" w:space="0" w:color="96C5D6" w:themeColor="accent5" w:themeTint="bf"/>
          <w:right w:val="single" w:sz="8" w:space="0" w:color="96C5D6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96C5D6" w:themeColor="accent5" w:themeTint="bf"/>
          <w:left w:val="single" w:sz="8" w:space="0" w:color="96C5D6" w:themeColor="accent5" w:themeTint="bf"/>
          <w:bottom w:val="single" w:sz="8" w:space="0" w:color="96C5D6" w:themeColor="accent5" w:themeTint="bf"/>
          <w:right w:val="single" w:sz="8" w:space="0" w:color="96C5D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EF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F9B895" w:themeColor="accent6" w:themeTint="bf"/>
        <w:left w:val="single" w:sz="8" w:space="0" w:color="F9B895" w:themeColor="accent6" w:themeTint="bf"/>
        <w:bottom w:val="single" w:sz="8" w:space="0" w:color="F9B895" w:themeColor="accent6" w:themeTint="bf"/>
        <w:right w:val="single" w:sz="8" w:space="0" w:color="F9B895" w:themeColor="accent6" w:themeTint="bf"/>
        <w:insideH w:val="single" w:sz="8" w:space="0" w:color="F9B895" w:themeColor="accent6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F9B895" w:themeColor="accent6" w:themeTint="bf"/>
          <w:left w:val="single" w:sz="8" w:space="0" w:color="F9B895" w:themeColor="accent6" w:themeTint="bf"/>
          <w:bottom w:val="single" w:sz="8" w:space="0" w:color="F9B895" w:themeColor="accent6" w:themeTint="bf"/>
          <w:right w:val="single" w:sz="8" w:space="0" w:color="F9B895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F9B895" w:themeColor="accent6" w:themeTint="bf"/>
          <w:left w:val="single" w:sz="8" w:space="0" w:color="F9B895" w:themeColor="accent6" w:themeTint="bf"/>
          <w:bottom w:val="single" w:sz="8" w:space="0" w:color="F9B895" w:themeColor="accent6" w:themeTint="bf"/>
          <w:right w:val="single" w:sz="8" w:space="0" w:color="F9B89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B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HAnsi" w:hAnsiTheme="majorHAnsi" w:cstheme="majorEastAsia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E1E1E1" w:themeFill="text1" w:themeFillTint="3f"/>
      </w:tcPr>
    </w:tblStylePr>
    <w:tblStylePr w:type="band1Horz">
      <w:tblPr/>
      <w:tcPr>
        <w:shd w:val="clear" w:color="auto" w:fill="E1E1E1" w:themeFill="text1" w:themeFillTint="3f"/>
      </w:tcPr>
    </w:tblStylePr>
  </w:style>
  <w:style w:type="table" w:styleId="MediumList1-Accent1">
    <w:name w:val="Medium List 1 Accent 1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HAnsi" w:hAnsiTheme="majorHAnsi" w:cstheme="majorEastAsia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E4E8F1" w:themeFill="accent1" w:themeFillTint="3f"/>
      </w:tcPr>
    </w:tblStylePr>
    <w:tblStylePr w:type="band1Horz">
      <w:tblPr/>
      <w:tcPr>
        <w:shd w:val="clear" w:color="auto" w:fill="E4E8F1" w:themeFill="accent1" w:themeFillTint="3f"/>
      </w:tcPr>
    </w:tblStylePr>
  </w:style>
  <w:style w:type="table" w:styleId="MediumList1-Accent2">
    <w:name w:val="Medium List 1 Accent 2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HAnsi" w:hAnsiTheme="majorHAnsi" w:cstheme="majorEastAsia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F1E4E3" w:themeFill="accent2" w:themeFillTint="3f"/>
      </w:tcPr>
    </w:tblStylePr>
    <w:tblStylePr w:type="band1Horz">
      <w:tblPr/>
      <w:tcPr>
        <w:shd w:val="clear" w:color="auto" w:fill="F1E4E3" w:themeFill="accent2" w:themeFillTint="3f"/>
      </w:tcPr>
    </w:tblStylePr>
  </w:style>
  <w:style w:type="table" w:styleId="MediumList1-Accent3">
    <w:name w:val="Medium List 1 Accent 3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HAnsi" w:hAnsiTheme="majorHAnsi" w:cstheme="majorEastAsia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BF0E4" w:themeFill="accent3" w:themeFillTint="3f"/>
      </w:tcPr>
    </w:tblStylePr>
    <w:tblStylePr w:type="band1Horz">
      <w:tblPr/>
      <w:tcPr>
        <w:shd w:val="clear" w:color="auto" w:fill="EBF0E4" w:themeFill="accent3" w:themeFillTint="3f"/>
      </w:tcPr>
    </w:tblStylePr>
  </w:style>
  <w:style w:type="table" w:styleId="MediumList1-Accent4">
    <w:name w:val="Medium List 1 Accent 4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HAnsi" w:hAnsiTheme="majorHAnsi" w:cstheme="majorEastAsia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E8E5EC" w:themeFill="accent4" w:themeFillTint="3f"/>
      </w:tcPr>
    </w:tblStylePr>
    <w:tblStylePr w:type="band1Horz">
      <w:tblPr/>
      <w:tcPr>
        <w:shd w:val="clear" w:color="auto" w:fill="E8E5EC" w:themeFill="accent4" w:themeFillTint="3f"/>
      </w:tcPr>
    </w:tblStylePr>
  </w:style>
  <w:style w:type="table" w:styleId="MediumList1-Accent5">
    <w:name w:val="Medium List 1 Accent 5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HAnsi" w:hAnsiTheme="majorHAnsi" w:cstheme="majorEastAsia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E3EEF3" w:themeFill="accent5" w:themeFillTint="3f"/>
      </w:tcPr>
    </w:tblStylePr>
    <w:tblStylePr w:type="band1Horz">
      <w:tblPr/>
      <w:tcPr>
        <w:shd w:val="clear" w:color="auto" w:fill="E3EEF3" w:themeFill="accent5" w:themeFillTint="3f"/>
      </w:tcPr>
    </w:tblStylePr>
  </w:style>
  <w:style w:type="table" w:styleId="MediumList1-Accent6">
    <w:name w:val="Medium List 1 Accent 6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HAnsi" w:hAnsiTheme="majorHAnsi" w:cstheme="majorEastAsia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BE3" w:themeFill="accent6" w:themeFillTint="3f"/>
      </w:tcPr>
    </w:tblStylePr>
    <w:tblStylePr w:type="band1Horz">
      <w:tblPr/>
      <w:tcPr>
        <w:shd w:val="clear" w:color="auto" w:fill="FDEBE3" w:themeFill="accent6" w:themeFillTint="3f"/>
      </w:tcPr>
    </w:tblStylePr>
  </w:style>
  <w:style w:type="table" w:styleId="MediumList2">
    <w:name w:val="Medium List 2"/>
    <w:uiPriority w:val="66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1E1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1E1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uiPriority w:val="66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8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E8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uiPriority w:val="66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E4E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E4E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uiPriority w:val="66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F0E4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F0E4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uiPriority w:val="66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5E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5E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uiPriority w:val="66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EF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EF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uiPriority w:val="66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B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B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8C8C8C" w:themeColor="text1" w:themeTint="bf"/>
        <w:left w:val="single" w:sz="8" w:space="0" w:color="8C8C8C" w:themeColor="text1" w:themeTint="bf"/>
        <w:bottom w:val="single" w:sz="8" w:space="0" w:color="8C8C8C" w:themeColor="text1" w:themeTint="bf"/>
        <w:right w:val="single" w:sz="8" w:space="0" w:color="8C8C8C" w:themeColor="text1" w:themeTint="bf"/>
        <w:insideH w:val="single" w:sz="8" w:space="0" w:color="8C8C8C" w:themeColor="text1" w:themeTint="bf"/>
        <w:insideV w:val="single" w:sz="8" w:space="0" w:color="8C8C8C" w:themeColor="text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1E1E1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BDBD" w:themeFill="text1" w:themeFillTint="7f"/>
      </w:tcPr>
    </w:tblStylePr>
    <w:tblStylePr w:type="band1Horz">
      <w:tblPr/>
      <w:tcPr>
        <w:shd w:val="clear" w:color="auto" w:fill="BDBDBD" w:themeFill="text1" w:themeFillTint="7f"/>
      </w:tcPr>
    </w:tblStylePr>
  </w:style>
  <w:style w:type="table" w:styleId="MediumGrid1-Accent1">
    <w:name w:val="Medium Grid 1 Accent 1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97ADD0" w:themeColor="accent1" w:themeTint="bf"/>
        <w:left w:val="single" w:sz="8" w:space="0" w:color="97ADD0" w:themeColor="accent1" w:themeTint="bf"/>
        <w:bottom w:val="single" w:sz="8" w:space="0" w:color="97ADD0" w:themeColor="accent1" w:themeTint="bf"/>
        <w:right w:val="single" w:sz="8" w:space="0" w:color="97ADD0" w:themeColor="accent1" w:themeTint="bf"/>
        <w:insideH w:val="single" w:sz="8" w:space="0" w:color="97ADD0" w:themeColor="accent1" w:themeTint="bf"/>
        <w:insideV w:val="single" w:sz="8" w:space="0" w:color="97ADD0" w:themeColor="accent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4E8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ADD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DE1" w:themeFill="accent1" w:themeFillTint="7f"/>
      </w:tcPr>
    </w:tblStylePr>
    <w:tblStylePr w:type="band1Horz">
      <w:tblPr/>
      <w:tcPr>
        <w:shd w:val="clear" w:color="auto" w:fill="C2CDE1" w:themeFill="accent1" w:themeFillTint="7f"/>
      </w:tcPr>
    </w:tblStylePr>
  </w:style>
  <w:style w:type="table" w:styleId="MediumGrid1-Accent2">
    <w:name w:val="Medium Grid 1 Accent 2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D29897" w:themeColor="accent2" w:themeTint="bf"/>
        <w:left w:val="single" w:sz="8" w:space="0" w:color="D29897" w:themeColor="accent2" w:themeTint="bf"/>
        <w:bottom w:val="single" w:sz="8" w:space="0" w:color="D29897" w:themeColor="accent2" w:themeTint="bf"/>
        <w:right w:val="single" w:sz="8" w:space="0" w:color="D29897" w:themeColor="accent2" w:themeTint="bf"/>
        <w:insideH w:val="single" w:sz="8" w:space="0" w:color="D29897" w:themeColor="accent2" w:themeTint="bf"/>
        <w:insideV w:val="single" w:sz="8" w:space="0" w:color="D29897" w:themeColor="accent2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1E4E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989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C3C2" w:themeFill="accent2" w:themeFillTint="7f"/>
      </w:tcPr>
    </w:tblStylePr>
    <w:tblStylePr w:type="band1Horz">
      <w:tblPr/>
      <w:tcPr>
        <w:shd w:val="clear" w:color="auto" w:fill="E2C3C2" w:themeFill="accent2" w:themeFillTint="7f"/>
      </w:tcPr>
    </w:tblStylePr>
  </w:style>
  <w:style w:type="table" w:styleId="MediumGrid1-Accent3">
    <w:name w:val="Medium Grid 1 Accent 3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BBCF9B" w:themeColor="accent3" w:themeTint="bf"/>
        <w:left w:val="single" w:sz="8" w:space="0" w:color="BBCF9B" w:themeColor="accent3" w:themeTint="bf"/>
        <w:bottom w:val="single" w:sz="8" w:space="0" w:color="BBCF9B" w:themeColor="accent3" w:themeTint="bf"/>
        <w:right w:val="single" w:sz="8" w:space="0" w:color="BBCF9B" w:themeColor="accent3" w:themeTint="bf"/>
        <w:insideH w:val="single" w:sz="8" w:space="0" w:color="BBCF9B" w:themeColor="accent3" w:themeTint="bf"/>
        <w:insideV w:val="single" w:sz="8" w:space="0" w:color="BBCF9B" w:themeColor="accent3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BF0E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F9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0C4" w:themeFill="accent3" w:themeFillTint="7f"/>
      </w:tcPr>
    </w:tblStylePr>
    <w:tblStylePr w:type="band1Horz">
      <w:tblPr/>
      <w:tcPr>
        <w:shd w:val="clear" w:color="auto" w:fill="D5E0C4" w:themeFill="accent3" w:themeFillTint="7f"/>
      </w:tcPr>
    </w:tblStylePr>
  </w:style>
  <w:style w:type="table" w:styleId="MediumGrid1-Accent4">
    <w:name w:val="Medium Grid 1 Accent 4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AC9FBF" w:themeColor="accent4" w:themeTint="bf"/>
        <w:left w:val="single" w:sz="8" w:space="0" w:color="AC9FBF" w:themeColor="accent4" w:themeTint="bf"/>
        <w:bottom w:val="single" w:sz="8" w:space="0" w:color="AC9FBF" w:themeColor="accent4" w:themeTint="bf"/>
        <w:right w:val="single" w:sz="8" w:space="0" w:color="AC9FBF" w:themeColor="accent4" w:themeTint="bf"/>
        <w:insideH w:val="single" w:sz="8" w:space="0" w:color="AC9FBF" w:themeColor="accent4" w:themeTint="bf"/>
        <w:insideV w:val="single" w:sz="8" w:space="0" w:color="AC9FBF" w:themeColor="accent4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8E5E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9FB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6D7" w:themeFill="accent4" w:themeFillTint="7f"/>
      </w:tcPr>
    </w:tblStylePr>
    <w:tblStylePr w:type="band1Horz">
      <w:tblPr/>
      <w:tcPr>
        <w:shd w:val="clear" w:color="auto" w:fill="CDC6D7" w:themeFill="accent4" w:themeFillTint="7f"/>
      </w:tcPr>
    </w:tblStylePr>
  </w:style>
  <w:style w:type="table" w:styleId="MediumGrid1-Accent5">
    <w:name w:val="Medium Grid 1 Accent 5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96C5D6" w:themeColor="accent5" w:themeTint="bf"/>
        <w:left w:val="single" w:sz="8" w:space="0" w:color="96C5D6" w:themeColor="accent5" w:themeTint="bf"/>
        <w:bottom w:val="single" w:sz="8" w:space="0" w:color="96C5D6" w:themeColor="accent5" w:themeTint="bf"/>
        <w:right w:val="single" w:sz="8" w:space="0" w:color="96C5D6" w:themeColor="accent5" w:themeTint="bf"/>
        <w:insideH w:val="single" w:sz="8" w:space="0" w:color="96C5D6" w:themeColor="accent5" w:themeTint="bf"/>
        <w:insideV w:val="single" w:sz="8" w:space="0" w:color="96C5D6" w:themeColor="accent5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3EEF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6C5D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BE5" w:themeFill="accent5" w:themeFillTint="7f"/>
      </w:tcPr>
    </w:tblStylePr>
    <w:tblStylePr w:type="band1Horz">
      <w:tblPr/>
      <w:tcPr>
        <w:shd w:val="clear" w:color="auto" w:fill="C2DBE5" w:themeFill="accent5" w:themeFillTint="7f"/>
      </w:tcPr>
    </w:tblStylePr>
  </w:style>
  <w:style w:type="table" w:styleId="MediumGrid1-Accent6">
    <w:name w:val="Medium Grid 1 Accent 6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F9B895" w:themeColor="accent6" w:themeTint="bf"/>
        <w:left w:val="single" w:sz="8" w:space="0" w:color="F9B895" w:themeColor="accent6" w:themeTint="bf"/>
        <w:bottom w:val="single" w:sz="8" w:space="0" w:color="F9B895" w:themeColor="accent6" w:themeTint="bf"/>
        <w:right w:val="single" w:sz="8" w:space="0" w:color="F9B895" w:themeColor="accent6" w:themeTint="bf"/>
        <w:insideH w:val="single" w:sz="8" w:space="0" w:color="F9B895" w:themeColor="accent6" w:themeTint="bf"/>
        <w:insideV w:val="single" w:sz="8" w:space="0" w:color="F9B895" w:themeColor="accent6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B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89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3C1" w:themeFill="accent6" w:themeFillTint="7f"/>
      </w:tcPr>
    </w:tblStylePr>
    <w:tblStylePr w:type="band1Horz">
      <w:tblPr/>
      <w:tcPr>
        <w:shd w:val="clear" w:color="auto" w:fill="FBD3C1" w:themeFill="accent6" w:themeFillTint="7f"/>
      </w:tcPr>
    </w:tblStylePr>
  </w:style>
  <w:style w:type="table" w:styleId="MediumGrid2">
    <w:name w:val="Medium Grid 2"/>
    <w:uiPriority w:val="68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1E1E1" w:themeFill="text1" w:themeFillTint="3f"/>
    </w:tcPr>
    <w:tblStylePr w:type="firstRow">
      <w:rPr>
        <w:b/>
        <w:bCs/>
        <w:color w:val="000000"/>
      </w:rPr>
      <w:tblPr/>
      <w:tcPr>
        <w:shd w:val="clear" w:color="auto" w:fill="F4F4F4" w:themeFill="text1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7E7" w:themeFill="text1" w:themeFillTint="33"/>
      </w:tcPr>
    </w:tblStylePr>
    <w:tblStylePr w:type="band1Vert">
      <w:tblPr/>
      <w:tcPr>
        <w:shd w:val="clear" w:color="auto" w:fill="BDBDBD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BDBDBD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uiPriority w:val="68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4E8F1" w:themeFill="accent1" w:themeFillTint="3f"/>
    </w:tcPr>
    <w:tblStylePr w:type="firstRow">
      <w:rPr>
        <w:b/>
        <w:bCs/>
        <w:color w:val="000000"/>
      </w:rPr>
      <w:tblPr/>
      <w:tcPr>
        <w:shd w:val="clear" w:color="auto" w:fill="F5F6FA" w:themeFill="accent1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DF4" w:themeFill="accent1" w:themeFillTint="33"/>
      </w:tcPr>
    </w:tblStylePr>
    <w:tblStylePr w:type="band1Vert">
      <w:tblPr/>
      <w:tcPr>
        <w:shd w:val="clear" w:color="auto" w:fill="C2CDE1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C2CD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uiPriority w:val="68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1E4E3" w:themeFill="accent2" w:themeFillTint="3f"/>
    </w:tcPr>
    <w:tblStylePr w:type="firstRow">
      <w:rPr>
        <w:b/>
        <w:bCs/>
        <w:color w:val="000000"/>
      </w:rPr>
      <w:tblPr/>
      <w:tcPr>
        <w:shd w:val="clear" w:color="auto" w:fill="FAF5F5" w:themeFill="accent2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E9E9" w:themeFill="accent2" w:themeFillTint="33"/>
      </w:tcPr>
    </w:tblStylePr>
    <w:tblStylePr w:type="band1Vert">
      <w:tblPr/>
      <w:tcPr>
        <w:shd w:val="clear" w:color="auto" w:fill="E2C3C2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E2C3C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uiPriority w:val="68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BF0E4" w:themeFill="accent3" w:themeFillTint="3f"/>
    </w:tcPr>
    <w:tblStylePr w:type="firstRow">
      <w:rPr>
        <w:b/>
        <w:bCs/>
        <w:color w:val="000000"/>
      </w:rPr>
      <w:tblPr/>
      <w:tcPr>
        <w:shd w:val="clear" w:color="auto" w:fill="F7F9F5" w:themeFill="accent3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3EA" w:themeFill="accent3" w:themeFillTint="33"/>
      </w:tcPr>
    </w:tblStylePr>
    <w:tblStylePr w:type="band1Vert">
      <w:tblPr/>
      <w:tcPr>
        <w:shd w:val="clear" w:color="auto" w:fill="D5E0C4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D5E0C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uiPriority w:val="68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8E5EC" w:themeFill="accent4" w:themeFillTint="3f"/>
    </w:tcPr>
    <w:tblStylePr w:type="firstRow">
      <w:rPr>
        <w:b/>
        <w:bCs/>
        <w:color w:val="000000"/>
      </w:rPr>
      <w:tblPr/>
      <w:tcPr>
        <w:shd w:val="clear" w:color="auto" w:fill="F6F5F8" w:themeFill="accent4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AF0" w:themeFill="accent4" w:themeFillTint="33"/>
      </w:tcPr>
    </w:tblStylePr>
    <w:tblStylePr w:type="band1Vert">
      <w:tblPr/>
      <w:tcPr>
        <w:shd w:val="clear" w:color="auto" w:fill="CDC6D7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CDC6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uiPriority w:val="68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3EEF3" w:themeFill="accent5" w:themeFillTint="3f"/>
    </w:tcPr>
    <w:tblStylePr w:type="firstRow">
      <w:rPr>
        <w:b/>
        <w:bCs/>
        <w:color w:val="000000"/>
      </w:rPr>
      <w:tblPr/>
      <w:tcPr>
        <w:shd w:val="clear" w:color="auto" w:fill="F5F8FA" w:themeFill="accent5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1F5" w:themeFill="accent5" w:themeFillTint="33"/>
      </w:tcPr>
    </w:tblStylePr>
    <w:tblStylePr w:type="band1Vert">
      <w:tblPr/>
      <w:tcPr>
        <w:shd w:val="clear" w:color="auto" w:fill="C2DBE5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C2DBE5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uiPriority w:val="68"/>
    <w:basedOn w:val="TableNormal"/>
    <w:pPr>
      <w:spacing w:after="0" w:line="240" w:lineRule="auto"/>
    </w:pPr>
    <w:rPr>
      <w:rFonts w:asciiTheme="majorHAnsi" w:eastAsiaTheme="majorHAnsi" w:hAnsiTheme="majorHAnsi" w:cstheme="majorEastAsia"/>
      <w:color w:val="000000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BE3" w:themeFill="accent6" w:themeFillTint="3f"/>
    </w:tcPr>
    <w:tblStylePr w:type="firstRow">
      <w:rPr>
        <w:b/>
        <w:bCs/>
        <w:color w:val="000000"/>
      </w:rPr>
      <w:tblPr/>
      <w:tcPr>
        <w:shd w:val="clear" w:color="auto" w:fill="FEF7F4" w:themeFill="accent6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FE9" w:themeFill="accent6" w:themeFillTint="33"/>
      </w:tcPr>
    </w:tblStylePr>
    <w:tblStylePr w:type="band1Vert">
      <w:tblPr/>
      <w:tcPr>
        <w:shd w:val="clear" w:color="auto" w:fill="FBD3C1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D3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1E1E1" w:themeFill="text1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BDBD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BDBD" w:themeFill="text1" w:themeFillTint="7f"/>
      </w:tcPr>
    </w:tblStylePr>
  </w:style>
  <w:style w:type="table" w:styleId="MediumGrid3-Accent1">
    <w:name w:val="Medium Grid 3 Accent 1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4E8F1" w:themeFill="accent1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D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CDE1" w:themeFill="accent1" w:themeFillTint="7f"/>
      </w:tcPr>
    </w:tblStylePr>
  </w:style>
  <w:style w:type="table" w:styleId="MediumGrid3-Accent2">
    <w:name w:val="Medium Grid 3 Accent 2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1E4E3" w:themeFill="accent2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C3C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C3C2" w:themeFill="accent2" w:themeFillTint="7f"/>
      </w:tcPr>
    </w:tblStylePr>
  </w:style>
  <w:style w:type="table" w:styleId="MediumGrid3-Accent3">
    <w:name w:val="Medium Grid 3 Accent 3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BF0E4" w:themeFill="accent3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5E0C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5E0C4" w:themeFill="accent3" w:themeFillTint="7f"/>
      </w:tcPr>
    </w:tblStylePr>
  </w:style>
  <w:style w:type="table" w:styleId="MediumGrid3-Accent4">
    <w:name w:val="Medium Grid 3 Accent 4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8E5EC" w:themeFill="accent4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6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6D7" w:themeFill="accent4" w:themeFillTint="7f"/>
      </w:tcPr>
    </w:tblStylePr>
  </w:style>
  <w:style w:type="table" w:styleId="MediumGrid3-Accent5">
    <w:name w:val="Medium Grid 3 Accent 5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3EEF3" w:themeFill="accent5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BE5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BE5" w:themeFill="accent5" w:themeFillTint="7f"/>
      </w:tcPr>
    </w:tblStylePr>
  </w:style>
  <w:style w:type="table" w:styleId="MediumGrid3-Accent6">
    <w:name w:val="Medium Grid 3 Accent 6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BE3" w:themeFill="accent6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D3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D3C1" w:themeFill="accent6" w:themeFillTint="7f"/>
      </w:tcPr>
    </w:tblStylePr>
  </w:style>
  <w:style w:type="table" w:styleId="DarkList">
    <w:name w:val="Dark List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40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7609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</w:style>
  <w:style w:type="table" w:styleId="DarkList-Accent2">
    <w:name w:val="Dark List Accent 2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325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5373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</w:style>
  <w:style w:type="table" w:styleId="DarkList-Accent3">
    <w:name w:val="Dark List Accent 3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2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3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</w:style>
  <w:style w:type="table" w:styleId="DarkList-Accent4">
    <w:name w:val="Dark List Accent 4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0315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04A7B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</w:style>
  <w:style w:type="table" w:styleId="DarkList-Accent5">
    <w:name w:val="Dark List Accent 5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5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</w:style>
  <w:style w:type="table" w:styleId="DarkList-Accent6">
    <w:name w:val="Dark List Accent 6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80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4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</w:style>
  <w:style w:type="table" w:styleId="ColorfulShading">
    <w:name w:val="Colorful Shading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4F4F4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CCCCCC" w:themeFill="text1" w:themeFillTint="66"/>
      </w:tcPr>
    </w:tblStylePr>
    <w:tblStylePr w:type="band1Horz">
      <w:tblPr/>
      <w:tcPr>
        <w:shd w:val="clear" w:color="auto" w:fill="BDBDBD" w:themeFill="text1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5F6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background1"/>
        </w:tcBorders>
        <w:shd w:val="clear" w:color="auto" w:fill="2C4D75" w:themeFill="accent1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D75" w:themeColor="accent1" w:themeShade="99"/>
          <w:insideV w:val="nil"/>
        </w:tcBorders>
        <w:shd w:val="clear" w:color="auto" w:fill="2C4D75" w:themeFill="accent1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D75" w:themeFill="accent1" w:themeFillShade="99"/>
      </w:tcPr>
    </w:tblStylePr>
    <w:tblStylePr w:type="band1Vert">
      <w:tblPr/>
      <w:tcPr>
        <w:shd w:val="clear" w:color="auto" w:fill="D0D8E8" w:themeFill="accent1" w:themeFillTint="66"/>
      </w:tcPr>
    </w:tblStylePr>
    <w:tblStylePr w:type="band1Horz">
      <w:tblPr/>
      <w:tcPr>
        <w:shd w:val="clear" w:color="auto" w:fill="C2CDE1" w:themeFill="accent1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AF5F5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8D0D0" w:themeFill="accent2" w:themeFillTint="66"/>
      </w:tcPr>
    </w:tblStylePr>
    <w:tblStylePr w:type="band1Horz">
      <w:tblPr/>
      <w:tcPr>
        <w:shd w:val="clear" w:color="auto" w:fill="E2C3C2" w:themeFill="accent2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7F9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background1"/>
        </w:tcBorders>
        <w:shd w:val="clear" w:color="auto" w:fill="5F7530" w:themeFill="accent3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F7530" w:themeColor="accent3" w:themeShade="99"/>
          <w:insideV w:val="nil"/>
        </w:tcBorders>
        <w:shd w:val="clear" w:color="auto" w:fill="5F7530" w:themeFill="accent3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530" w:themeFill="accent3" w:themeFillShade="99"/>
      </w:tcPr>
    </w:tblStylePr>
    <w:tblStylePr w:type="band1Vert">
      <w:tblPr/>
      <w:tcPr>
        <w:shd w:val="clear" w:color="auto" w:fill="DEE7D1" w:themeFill="accent3" w:themeFillTint="66"/>
      </w:tcPr>
    </w:tblStylePr>
    <w:tblStylePr w:type="band1Horz">
      <w:tblPr/>
      <w:tcPr>
        <w:shd w:val="clear" w:color="auto" w:fill="D5E0C4" w:themeFill="accent3" w:themeFillTint="7f"/>
      </w:tcPr>
    </w:tblStylePr>
  </w:style>
  <w:style w:type="table" w:styleId="ColorfulShading-Accent4">
    <w:name w:val="Colorful Shading Accent 4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6F5F8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background1"/>
        </w:tcBorders>
        <w:shd w:val="clear" w:color="auto" w:fill="4D3B62" w:themeFill="accent4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D3B62" w:themeColor="accent4" w:themeShade="99"/>
          <w:insideV w:val="nil"/>
        </w:tcBorders>
        <w:shd w:val="clear" w:color="auto" w:fill="4D3B62" w:themeFill="accent4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B62" w:themeFill="accent4" w:themeFillShade="99"/>
      </w:tcPr>
    </w:tblStylePr>
    <w:tblStylePr w:type="band1Vert">
      <w:tblPr/>
      <w:tcPr>
        <w:shd w:val="clear" w:color="auto" w:fill="D8D3E0" w:themeFill="accent4" w:themeFillTint="66"/>
      </w:tcPr>
    </w:tblStylePr>
    <w:tblStylePr w:type="band1Horz">
      <w:tblPr/>
      <w:tcPr>
        <w:shd w:val="clear" w:color="auto" w:fill="CDC6D7" w:themeFill="accent4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5F8FA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D0E3EA" w:themeFill="accent5" w:themeFillTint="66"/>
      </w:tcPr>
    </w:tblStylePr>
    <w:tblStylePr w:type="band1Horz">
      <w:tblPr/>
      <w:tcPr>
        <w:shd w:val="clear" w:color="auto" w:fill="C2DBE5" w:themeFill="accent5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EF7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background1"/>
        </w:tcBorders>
        <w:shd w:val="clear" w:color="auto" w:fill="B65708" w:themeFill="accent6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708" w:themeColor="accent6" w:themeShade="99"/>
          <w:insideV w:val="nil"/>
        </w:tcBorders>
        <w:shd w:val="clear" w:color="auto" w:fill="B65708" w:themeFill="accent6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708" w:themeFill="accent6" w:themeFillShade="99"/>
      </w:tcPr>
    </w:tblStylePr>
    <w:tblStylePr w:type="band1Vert">
      <w:tblPr/>
      <w:tcPr>
        <w:shd w:val="clear" w:color="auto" w:fill="FCDDCF" w:themeFill="accent6" w:themeFillTint="66"/>
      </w:tcPr>
    </w:tblStylePr>
    <w:tblStylePr w:type="band1Horz">
      <w:tblPr/>
      <w:tcPr>
        <w:shd w:val="clear" w:color="auto" w:fill="FBD3C1" w:themeFill="accent6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4F4F4" w:themeFill="text1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background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1E1" w:themeFill="text1" w:themeFillTint="3f"/>
      </w:tcPr>
    </w:tblStylePr>
    <w:tblStylePr w:type="band1Horz">
      <w:tblPr/>
      <w:tcPr>
        <w:shd w:val="clear" w:color="auto" w:fill="E7E7E7" w:themeFill="text1" w:themeFillTint="33"/>
      </w:tcPr>
    </w:tblStylePr>
  </w:style>
  <w:style w:type="table" w:styleId="ColorfulList-Accent1">
    <w:name w:val="Colorful List Accent 1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5F6FA" w:themeFill="accent1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background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8F1" w:themeFill="accent1" w:themeFillTint="3f"/>
      </w:tcPr>
    </w:tblStylePr>
    <w:tblStylePr w:type="band1Horz">
      <w:tblPr/>
      <w:tcPr>
        <w:shd w:val="clear" w:color="auto" w:fill="E9EDF4" w:themeFill="accent1" w:themeFillTint="33"/>
      </w:tcPr>
    </w:tblStylePr>
  </w:style>
  <w:style w:type="table" w:styleId="ColorfulList-Accent2">
    <w:name w:val="Colorful List Accent 2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AF5F5" w:themeFill="accent2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background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E4E3" w:themeFill="accent2" w:themeFillTint="3f"/>
      </w:tcPr>
    </w:tblStylePr>
    <w:tblStylePr w:type="band1Horz">
      <w:tblPr/>
      <w:tcPr>
        <w:shd w:val="clear" w:color="auto" w:fill="F4E9E9" w:themeFill="accent2" w:themeFillTint="33"/>
      </w:tcPr>
    </w:tblStylePr>
  </w:style>
  <w:style w:type="table" w:styleId="ColorfulList-Accent3">
    <w:name w:val="Colorful List Accent 3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7F9F5" w:themeFill="accent3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background1"/>
        </w:tcBorders>
        <w:shd w:val="clear" w:color="auto" w:fill="664F83" w:themeFill="accent4" w:themeFillShade="cc"/>
      </w:tcPr>
    </w:tblStylePr>
    <w:tblStylePr w:type="lastRow">
      <w:rPr>
        <w:b/>
        <w:bCs/>
        <w:color w:val="664F83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0E4" w:themeFill="accent3" w:themeFillTint="3f"/>
      </w:tcPr>
    </w:tblStylePr>
    <w:tblStylePr w:type="band1Horz">
      <w:tblPr/>
      <w:tcPr>
        <w:shd w:val="clear" w:color="auto" w:fill="EFF3EA" w:themeFill="accent3" w:themeFillTint="33"/>
      </w:tcPr>
    </w:tblStylePr>
  </w:style>
  <w:style w:type="table" w:styleId="ColorfulList-Accent4">
    <w:name w:val="Colorful List Accent 4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6F5F8" w:themeFill="accent4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background1"/>
        </w:tcBorders>
        <w:shd w:val="clear" w:color="auto" w:fill="7E9D40" w:themeFill="accent3" w:themeFillShade="cc"/>
      </w:tcPr>
    </w:tblStylePr>
    <w:tblStylePr w:type="lastRow">
      <w:rPr>
        <w:b/>
        <w:bCs/>
        <w:color w:val="7E9D40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5EC" w:themeFill="accent4" w:themeFillTint="3f"/>
      </w:tcPr>
    </w:tblStylePr>
    <w:tblStylePr w:type="band1Horz">
      <w:tblPr/>
      <w:tcPr>
        <w:shd w:val="clear" w:color="auto" w:fill="EDEAF0" w:themeFill="accent4" w:themeFillTint="33"/>
      </w:tcPr>
    </w:tblStylePr>
  </w:style>
  <w:style w:type="table" w:styleId="ColorfulList-Accent5">
    <w:name w:val="Colorful List Accent 5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5F8FA" w:themeFill="accent5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background1"/>
        </w:tcBorders>
        <w:shd w:val="clear" w:color="auto" w:fill="F3740B" w:themeFill="accent6" w:themeFillShade="cc"/>
      </w:tcPr>
    </w:tblStylePr>
    <w:tblStylePr w:type="lastRow">
      <w:rPr>
        <w:b/>
        <w:bCs/>
        <w:color w:val="F3740B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EF3" w:themeFill="accent5" w:themeFillTint="3f"/>
      </w:tcPr>
    </w:tblStylePr>
    <w:tblStylePr w:type="band1Horz">
      <w:tblPr/>
      <w:tcPr>
        <w:shd w:val="clear" w:color="auto" w:fill="E9F1F5" w:themeFill="accent5" w:themeFillTint="33"/>
      </w:tcPr>
    </w:tblStylePr>
  </w:style>
  <w:style w:type="table" w:styleId="ColorfulList-Accent6">
    <w:name w:val="Colorful List Accent 6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EF7F4" w:themeFill="accent6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background1"/>
        </w:tcBorders>
        <w:shd w:val="clear" w:color="auto" w:fill="358EA6" w:themeFill="accent5" w:themeFillShade="cc"/>
      </w:tcPr>
    </w:tblStylePr>
    <w:tblStylePr w:type="lastRow">
      <w:rPr>
        <w:b/>
        <w:bCs/>
        <w:color w:val="358EA6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BE3" w:themeFill="accent6" w:themeFillTint="3f"/>
      </w:tcPr>
    </w:tblStylePr>
    <w:tblStylePr w:type="band1Horz">
      <w:tblPr/>
      <w:tcPr>
        <w:shd w:val="clear" w:color="auto" w:fill="FDEFE9" w:themeFill="accent6" w:themeFillTint="33"/>
      </w:tcPr>
    </w:tblStylePr>
  </w:style>
  <w:style w:type="table" w:styleId="ColorfulGrid">
    <w:name w:val="Colorful Grid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7E7E7" w:themeFill="text1" w:themeFillTint="33"/>
    </w:tcPr>
    <w:tblStylePr w:type="firstRow">
      <w:rPr>
        <w:b/>
        <w:bCs/>
      </w:rPr>
      <w:tblPr/>
      <w:tcPr>
        <w:shd w:val="clear" w:color="auto" w:fill="CCCCCC" w:themeFill="text1" w:themeFillTint="66"/>
      </w:tcPr>
    </w:tblStylePr>
    <w:tblStylePr w:type="lastRow">
      <w:rPr>
        <w:b/>
        <w:bCs/>
        <w:color w:val="000000"/>
      </w:rPr>
      <w:tblPr/>
      <w:tcPr>
        <w:shd w:val="clear" w:color="auto" w:fill="CCCCCC" w:themeFill="text1" w:themeFillTint="66"/>
      </w:tcPr>
    </w:tblStylePr>
    <w:tblStylePr w:type="firstCol">
      <w:rPr>
        <w:color w:val="FFFFFF"/>
      </w:rPr>
      <w:tblPr/>
      <w:tcPr>
        <w:shd w:val="clear" w:color="auto" w:fill="000000" w:themeFill="text1" w:themeFillShade="bf"/>
      </w:tcPr>
    </w:tblStylePr>
    <w:tblStylePr w:type="lastCol">
      <w:rPr>
        <w:color w:val="FFFFFF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BDBDBD" w:themeFill="text1" w:themeFillTint="7f"/>
      </w:tcPr>
    </w:tblStylePr>
    <w:tblStylePr w:type="band1Horz">
      <w:tblPr/>
      <w:tcPr>
        <w:shd w:val="clear" w:color="auto" w:fill="BDBDBD" w:themeFill="text1" w:themeFillTint="7f"/>
      </w:tcPr>
    </w:tblStylePr>
  </w:style>
  <w:style w:type="table" w:styleId="ColorfulGrid-Accent1">
    <w:name w:val="Colorful Grid Accent 1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9EDF4" w:themeFill="accent1" w:themeFillTint="33"/>
    </w:tcPr>
    <w:tblStylePr w:type="firstRow">
      <w:rPr>
        <w:b/>
        <w:bCs/>
      </w:rPr>
      <w:tblPr/>
      <w:tcPr>
        <w:shd w:val="clear" w:color="auto" w:fill="D0D8E8" w:themeFill="accent1" w:themeFillTint="66"/>
      </w:tcPr>
    </w:tblStylePr>
    <w:tblStylePr w:type="lastRow">
      <w:rPr>
        <w:b/>
        <w:bCs/>
        <w:color w:val="000000"/>
      </w:rPr>
      <w:tblPr/>
      <w:tcPr>
        <w:shd w:val="clear" w:color="auto" w:fill="D0D8E8" w:themeFill="accent1" w:themeFillTint="66"/>
      </w:tcPr>
    </w:tblStylePr>
    <w:tblStylePr w:type="firstCol">
      <w:rPr>
        <w:color w:val="FFFFFF"/>
      </w:rPr>
      <w:tblPr/>
      <w:tcPr>
        <w:shd w:val="clear" w:color="auto" w:fill="376092" w:themeFill="accent1" w:themeFillShade="bf"/>
      </w:tcPr>
    </w:tblStylePr>
    <w:tblStylePr w:type="lastCol">
      <w:rPr>
        <w:color w:val="FFFFFF"/>
      </w:rPr>
      <w:tblPr/>
      <w:tcPr>
        <w:shd w:val="clear" w:color="auto" w:fill="376092" w:themeFill="accent1" w:themeFillShade="bf"/>
      </w:tcPr>
    </w:tblStylePr>
    <w:tblStylePr w:type="band1Vert">
      <w:tblPr/>
      <w:tcPr>
        <w:shd w:val="clear" w:color="auto" w:fill="C2CDE1" w:themeFill="accent1" w:themeFillTint="7f"/>
      </w:tcPr>
    </w:tblStylePr>
    <w:tblStylePr w:type="band1Horz">
      <w:tblPr/>
      <w:tcPr>
        <w:shd w:val="clear" w:color="auto" w:fill="C2CDE1" w:themeFill="accent1" w:themeFillTint="7f"/>
      </w:tcPr>
    </w:tblStylePr>
  </w:style>
  <w:style w:type="table" w:styleId="ColorfulGrid-Accent2">
    <w:name w:val="Colorful Grid Accent 2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4E9E9" w:themeFill="accent2" w:themeFillTint="33"/>
    </w:tcPr>
    <w:tblStylePr w:type="firstRow">
      <w:rPr>
        <w:b/>
        <w:bCs/>
      </w:rPr>
      <w:tblPr/>
      <w:tcPr>
        <w:shd w:val="clear" w:color="auto" w:fill="E8D0D0" w:themeFill="accent2" w:themeFillTint="66"/>
      </w:tcPr>
    </w:tblStylePr>
    <w:tblStylePr w:type="lastRow">
      <w:rPr>
        <w:b/>
        <w:bCs/>
        <w:color w:val="000000"/>
      </w:rPr>
      <w:tblPr/>
      <w:tcPr>
        <w:shd w:val="clear" w:color="auto" w:fill="E8D0D0" w:themeFill="accent2" w:themeFillTint="66"/>
      </w:tcPr>
    </w:tblStylePr>
    <w:tblStylePr w:type="firstCol">
      <w:rPr>
        <w:color w:val="FFFFFF"/>
      </w:rPr>
      <w:tblPr/>
      <w:tcPr>
        <w:shd w:val="clear" w:color="auto" w:fill="953735" w:themeFill="accent2" w:themeFillShade="bf"/>
      </w:tcPr>
    </w:tblStylePr>
    <w:tblStylePr w:type="lastCol">
      <w:rPr>
        <w:color w:val="FFFFFF"/>
      </w:rPr>
      <w:tblPr/>
      <w:tcPr>
        <w:shd w:val="clear" w:color="auto" w:fill="953735" w:themeFill="accent2" w:themeFillShade="bf"/>
      </w:tcPr>
    </w:tblStylePr>
    <w:tblStylePr w:type="band1Vert">
      <w:tblPr/>
      <w:tcPr>
        <w:shd w:val="clear" w:color="auto" w:fill="E2C3C2" w:themeFill="accent2" w:themeFillTint="7f"/>
      </w:tcPr>
    </w:tblStylePr>
    <w:tblStylePr w:type="band1Horz">
      <w:tblPr/>
      <w:tcPr>
        <w:shd w:val="clear" w:color="auto" w:fill="E2C3C2" w:themeFill="accent2" w:themeFillTint="7f"/>
      </w:tcPr>
    </w:tblStylePr>
  </w:style>
  <w:style w:type="table" w:styleId="ColorfulGrid-Accent3">
    <w:name w:val="Colorful Grid Accent 3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FF3EA" w:themeFill="accent3" w:themeFillTint="33"/>
    </w:tcPr>
    <w:tblStylePr w:type="firstRow">
      <w:rPr>
        <w:b/>
        <w:bCs/>
      </w:rPr>
      <w:tblPr/>
      <w:tcPr>
        <w:shd w:val="clear" w:color="auto" w:fill="DEE7D1" w:themeFill="accent3" w:themeFillTint="66"/>
      </w:tcPr>
    </w:tblStylePr>
    <w:tblStylePr w:type="lastRow">
      <w:rPr>
        <w:b/>
        <w:bCs/>
        <w:color w:val="000000"/>
      </w:rPr>
      <w:tblPr/>
      <w:tcPr>
        <w:shd w:val="clear" w:color="auto" w:fill="DEE7D1" w:themeFill="accent3" w:themeFillTint="66"/>
      </w:tcPr>
    </w:tblStylePr>
    <w:tblStylePr w:type="firstCol">
      <w:rPr>
        <w:color w:val="FFFFFF"/>
      </w:rPr>
      <w:tblPr/>
      <w:tcPr>
        <w:shd w:val="clear" w:color="auto" w:fill="76933C" w:themeFill="accent3" w:themeFillShade="bf"/>
      </w:tcPr>
    </w:tblStylePr>
    <w:tblStylePr w:type="lastCol">
      <w:rPr>
        <w:color w:val="FFFFFF"/>
      </w:rPr>
      <w:tblPr/>
      <w:tcPr>
        <w:shd w:val="clear" w:color="auto" w:fill="76933C" w:themeFill="accent3" w:themeFillShade="bf"/>
      </w:tcPr>
    </w:tblStylePr>
    <w:tblStylePr w:type="band1Vert">
      <w:tblPr/>
      <w:tcPr>
        <w:shd w:val="clear" w:color="auto" w:fill="D5E0C4" w:themeFill="accent3" w:themeFillTint="7f"/>
      </w:tcPr>
    </w:tblStylePr>
    <w:tblStylePr w:type="band1Horz">
      <w:tblPr/>
      <w:tcPr>
        <w:shd w:val="clear" w:color="auto" w:fill="D5E0C4" w:themeFill="accent3" w:themeFillTint="7f"/>
      </w:tcPr>
    </w:tblStylePr>
  </w:style>
  <w:style w:type="table" w:styleId="ColorfulGrid-Accent4">
    <w:name w:val="Colorful Grid Accent 4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EAF0" w:themeFill="accent4" w:themeFillTint="33"/>
    </w:tcPr>
    <w:tblStylePr w:type="firstRow">
      <w:rPr>
        <w:b/>
        <w:bCs/>
      </w:rPr>
      <w:tblPr/>
      <w:tcPr>
        <w:shd w:val="clear" w:color="auto" w:fill="D8D3E0" w:themeFill="accent4" w:themeFillTint="66"/>
      </w:tcPr>
    </w:tblStylePr>
    <w:tblStylePr w:type="lastRow">
      <w:rPr>
        <w:b/>
        <w:bCs/>
        <w:color w:val="000000"/>
      </w:rPr>
      <w:tblPr/>
      <w:tcPr>
        <w:shd w:val="clear" w:color="auto" w:fill="D8D3E0" w:themeFill="accent4" w:themeFillTint="66"/>
      </w:tcPr>
    </w:tblStylePr>
    <w:tblStylePr w:type="firstCol">
      <w:rPr>
        <w:color w:val="FFFFFF"/>
      </w:rPr>
      <w:tblPr/>
      <w:tcPr>
        <w:shd w:val="clear" w:color="auto" w:fill="604A7B" w:themeFill="accent4" w:themeFillShade="bf"/>
      </w:tcPr>
    </w:tblStylePr>
    <w:tblStylePr w:type="lastCol">
      <w:rPr>
        <w:color w:val="FFFFFF"/>
      </w:rPr>
      <w:tblPr/>
      <w:tcPr>
        <w:shd w:val="clear" w:color="auto" w:fill="604A7B" w:themeFill="accent4" w:themeFillShade="bf"/>
      </w:tcPr>
    </w:tblStylePr>
    <w:tblStylePr w:type="band1Vert">
      <w:tblPr/>
      <w:tcPr>
        <w:shd w:val="clear" w:color="auto" w:fill="CDC6D7" w:themeFill="accent4" w:themeFillTint="7f"/>
      </w:tcPr>
    </w:tblStylePr>
    <w:tblStylePr w:type="band1Horz">
      <w:tblPr/>
      <w:tcPr>
        <w:shd w:val="clear" w:color="auto" w:fill="CDC6D7" w:themeFill="accent4" w:themeFillTint="7f"/>
      </w:tcPr>
    </w:tblStylePr>
  </w:style>
  <w:style w:type="table" w:styleId="ColorfulGrid-Accent5">
    <w:name w:val="Colorful Grid Accent 5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9F1F5" w:themeFill="accent5" w:themeFillTint="33"/>
    </w:tcPr>
    <w:tblStylePr w:type="firstRow">
      <w:rPr>
        <w:b/>
        <w:bCs/>
      </w:rPr>
      <w:tblPr/>
      <w:tcPr>
        <w:shd w:val="clear" w:color="auto" w:fill="D0E3EA" w:themeFill="accent5" w:themeFillTint="66"/>
      </w:tcPr>
    </w:tblStylePr>
    <w:tblStylePr w:type="lastRow">
      <w:rPr>
        <w:b/>
        <w:bCs/>
        <w:color w:val="000000"/>
      </w:rPr>
      <w:tblPr/>
      <w:tcPr>
        <w:shd w:val="clear" w:color="auto" w:fill="D0E3EA" w:themeFill="accent5" w:themeFillTint="66"/>
      </w:tcPr>
    </w:tblStylePr>
    <w:tblStylePr w:type="firstCol">
      <w:rPr>
        <w:color w:val="FFFFFF"/>
      </w:rPr>
      <w:tblPr/>
      <w:tcPr>
        <w:shd w:val="clear" w:color="auto" w:fill="31859B" w:themeFill="accent5" w:themeFillShade="bf"/>
      </w:tcPr>
    </w:tblStylePr>
    <w:tblStylePr w:type="lastCol">
      <w:rPr>
        <w:color w:val="FFFFFF"/>
      </w:rPr>
      <w:tblPr/>
      <w:tcPr>
        <w:shd w:val="clear" w:color="auto" w:fill="31859B" w:themeFill="accent5" w:themeFillShade="bf"/>
      </w:tcPr>
    </w:tblStylePr>
    <w:tblStylePr w:type="band1Vert">
      <w:tblPr/>
      <w:tcPr>
        <w:shd w:val="clear" w:color="auto" w:fill="C2DBE5" w:themeFill="accent5" w:themeFillTint="7f"/>
      </w:tcPr>
    </w:tblStylePr>
    <w:tblStylePr w:type="band1Horz">
      <w:tblPr/>
      <w:tcPr>
        <w:shd w:val="clear" w:color="auto" w:fill="C2DBE5" w:themeFill="accent5" w:themeFillTint="7f"/>
      </w:tcPr>
    </w:tblStylePr>
  </w:style>
  <w:style w:type="table" w:styleId="ColorfulGrid-Accent6">
    <w:name w:val="Colorful Grid Accent 6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FE9" w:themeFill="accent6" w:themeFillTint="33"/>
    </w:tcPr>
    <w:tblStylePr w:type="firstRow">
      <w:rPr>
        <w:b/>
        <w:bCs/>
      </w:rPr>
      <w:tblPr/>
      <w:tcPr>
        <w:shd w:val="clear" w:color="auto" w:fill="FCDDCF" w:themeFill="accent6" w:themeFillTint="66"/>
      </w:tcPr>
    </w:tblStylePr>
    <w:tblStylePr w:type="lastRow">
      <w:rPr>
        <w:b/>
        <w:bCs/>
        <w:color w:val="000000"/>
      </w:rPr>
      <w:tblPr/>
      <w:tcPr>
        <w:shd w:val="clear" w:color="auto" w:fill="FCDDCF" w:themeFill="accent6" w:themeFillTint="66"/>
      </w:tcPr>
    </w:tblStylePr>
    <w:tblStylePr w:type="firstCol">
      <w:rPr>
        <w:color w:val="FFFFFF"/>
      </w:rPr>
      <w:tblPr/>
      <w:tcPr>
        <w:shd w:val="clear" w:color="auto" w:fill="E46C0A" w:themeFill="accent6" w:themeFillShade="bf"/>
      </w:tcPr>
    </w:tblStylePr>
    <w:tblStylePr w:type="lastCol">
      <w:rPr>
        <w:color w:val="FFFFFF"/>
      </w:rPr>
      <w:tblPr/>
      <w:tcPr>
        <w:shd w:val="clear" w:color="auto" w:fill="E46C0A" w:themeFill="accent6" w:themeFillShade="bf"/>
      </w:tcPr>
    </w:tblStylePr>
    <w:tblStylePr w:type="band1Vert">
      <w:tblPr/>
      <w:tcPr>
        <w:shd w:val="clear" w:color="auto" w:fill="FBD3C1" w:themeFill="accent6" w:themeFillTint="7f"/>
      </w:tcPr>
    </w:tblStylePr>
    <w:tblStylePr w:type="band1Horz">
      <w:tblPr/>
      <w:tcPr>
        <w:shd w:val="clear" w:color="auto" w:fill="FBD3C1" w:themeFill="accent6" w:themeFillTint="7f"/>
      </w:tcPr>
    </w:tblStylePr>
  </w:style>
  <w:style w:type="character" w:customStyle="1" w:styleId="affff8">
    <w:name w:val="Hyperlink"/>
    <w:uiPriority w:val="99"/>
    <w:basedOn w:val="DefaultParagraphFont"/>
    <w:unhideWhenUsed/>
    <w:rPr>
      <w:color w:val="0000FF"/>
      <w:u w:val="single" w:color="auto"/>
    </w:rPr>
  </w:style>
  <w:style w:type="table" w:customStyle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Korea University</cp:lastModifiedBy>
  <cp:revision>1</cp:revision>
  <dcterms:created xsi:type="dcterms:W3CDTF">2026-05-16T15:32:40Z</dcterms:created>
  <dcterms:modified xsi:type="dcterms:W3CDTF">2026-05-16T18:15:43Z</dcterms:modified>
  <cp:version>1300.0100.01</cp:version>
</cp:coreProperties>
</file>